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CFC67" w14:textId="77D25CC4" w:rsidR="00B43FC9" w:rsidRPr="00CF56E6" w:rsidRDefault="00CF56E6" w:rsidP="00CF56E6">
      <w:pPr>
        <w:jc w:val="center"/>
        <w:rPr>
          <w:rFonts w:ascii="Arial" w:hAnsi="Arial" w:cs="Arial"/>
          <w:b/>
          <w:bCs/>
        </w:rPr>
      </w:pPr>
      <w:r w:rsidRPr="00CF56E6">
        <w:rPr>
          <w:rFonts w:ascii="Arial" w:hAnsi="Arial" w:cs="Arial"/>
          <w:b/>
          <w:bCs/>
        </w:rPr>
        <w:t>LAMPIRAN NASKAH ESSAI</w:t>
      </w:r>
    </w:p>
    <w:tbl>
      <w:tblPr>
        <w:tblW w:w="9488" w:type="dxa"/>
        <w:jc w:val="center"/>
        <w:tblLook w:val="04A0" w:firstRow="1" w:lastRow="0" w:firstColumn="1" w:lastColumn="0" w:noHBand="0" w:noVBand="1"/>
      </w:tblPr>
      <w:tblGrid>
        <w:gridCol w:w="9488"/>
      </w:tblGrid>
      <w:tr w:rsidR="00B43FC9" w:rsidRPr="00CF56E6" w14:paraId="54744323" w14:textId="77777777" w:rsidTr="00CF56E6">
        <w:trPr>
          <w:cantSplit/>
          <w:jc w:val="center"/>
        </w:trPr>
        <w:tc>
          <w:tcPr>
            <w:tcW w:w="9488" w:type="dxa"/>
            <w:shd w:val="clear" w:color="auto" w:fill="1F4E79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F9BBB7B" w14:textId="77777777" w:rsidR="00B43FC9" w:rsidRPr="00CF56E6" w:rsidRDefault="00000000">
            <w:pPr>
              <w:keepNext/>
              <w:spacing w:after="0"/>
              <w:rPr>
                <w:rFonts w:ascii="Arial" w:hAnsi="Arial" w:cs="Arial"/>
              </w:rPr>
            </w:pPr>
            <w:r w:rsidRPr="00CF56E6">
              <w:rPr>
                <w:rFonts w:ascii="Arial" w:hAnsi="Arial" w:cs="Arial"/>
                <w:b/>
                <w:color w:val="FFFFFF"/>
                <w:sz w:val="23"/>
              </w:rPr>
              <w:t>A. JUDUL</w:t>
            </w:r>
          </w:p>
        </w:tc>
      </w:tr>
      <w:tr w:rsidR="00B43FC9" w:rsidRPr="00CF56E6" w14:paraId="41AE3023" w14:textId="77777777" w:rsidTr="00CF56E6">
        <w:trPr>
          <w:cantSplit/>
          <w:jc w:val="center"/>
        </w:trPr>
        <w:tc>
          <w:tcPr>
            <w:tcW w:w="9488" w:type="dxa"/>
            <w:shd w:val="clear" w:color="auto" w:fill="D9EA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B406D4F" w14:textId="77777777" w:rsidR="00B43FC9" w:rsidRPr="00CF56E6" w:rsidRDefault="00000000">
            <w:pPr>
              <w:pStyle w:val="Instruction"/>
              <w:keepNext/>
              <w:spacing w:after="0"/>
              <w:rPr>
                <w:rFonts w:ascii="Arial" w:hAnsi="Arial" w:cs="Arial"/>
              </w:rPr>
            </w:pPr>
            <w:r w:rsidRPr="00CF56E6">
              <w:rPr>
                <w:rFonts w:ascii="Arial" w:hAnsi="Arial" w:cs="Arial"/>
              </w:rPr>
              <w:t>Tuliskan judul yang kuat, spesifik, relevan dengan subtema, dan mencerminkan isu serta sudut pandang utama yang akan dikembangkan dalam esai.</w:t>
            </w:r>
          </w:p>
        </w:tc>
      </w:tr>
      <w:tr w:rsidR="00B43FC9" w:rsidRPr="00CF56E6" w14:paraId="7EB8468E" w14:textId="77777777" w:rsidTr="00CF56E6">
        <w:trPr>
          <w:cantSplit/>
          <w:jc w:val="center"/>
        </w:trPr>
        <w:tc>
          <w:tcPr>
            <w:tcW w:w="9488" w:type="dxa"/>
            <w:tcBorders>
              <w:top w:val="single" w:sz="4" w:space="0" w:color="C7D3DD"/>
              <w:left w:val="single" w:sz="4" w:space="0" w:color="C7D3DD"/>
              <w:bottom w:val="single" w:sz="4" w:space="0" w:color="C7D3DD"/>
              <w:right w:val="single" w:sz="4" w:space="0" w:color="C7D3DD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27990A5" w14:textId="77777777" w:rsidR="00B43FC9" w:rsidRPr="00CF56E6" w:rsidRDefault="00000000">
            <w:pPr>
              <w:keepNext/>
              <w:spacing w:after="40"/>
              <w:rPr>
                <w:rFonts w:ascii="Arial" w:hAnsi="Arial" w:cs="Arial"/>
                <w:lang w:val="fi-FI"/>
              </w:rPr>
            </w:pPr>
            <w:r w:rsidRPr="00CF56E6">
              <w:rPr>
                <w:rFonts w:ascii="Arial" w:hAnsi="Arial" w:cs="Arial"/>
                <w:i/>
                <w:color w:val="828282"/>
                <w:sz w:val="20"/>
                <w:lang w:val="fi-FI"/>
              </w:rPr>
              <w:t>[Ketik isi pada bagian ini. Hapus petunjuk dalam tanda kurung siku sebelum naskah difinalkan.]</w:t>
            </w:r>
          </w:p>
          <w:p w14:paraId="1CAEF34B" w14:textId="77777777" w:rsidR="00B43FC9" w:rsidRPr="00CF56E6" w:rsidRDefault="00000000">
            <w:pPr>
              <w:spacing w:after="40"/>
              <w:rPr>
                <w:rFonts w:ascii="Arial" w:hAnsi="Arial" w:cs="Arial"/>
              </w:rPr>
            </w:pPr>
            <w:r w:rsidRPr="00CF56E6">
              <w:rPr>
                <w:rFonts w:ascii="Arial" w:hAnsi="Arial" w:cs="Arial"/>
                <w:color w:val="BEBEBE"/>
                <w:sz w:val="18"/>
              </w:rPr>
              <w:t>........................................................................................................................</w:t>
            </w:r>
          </w:p>
        </w:tc>
      </w:tr>
    </w:tbl>
    <w:p w14:paraId="7E77AC45" w14:textId="77777777" w:rsidR="00B43FC9" w:rsidRPr="00CF56E6" w:rsidRDefault="00B43FC9">
      <w:pPr>
        <w:spacing w:after="40"/>
        <w:rPr>
          <w:rFonts w:ascii="Arial" w:hAnsi="Arial" w:cs="Arial"/>
        </w:rPr>
      </w:pPr>
    </w:p>
    <w:tbl>
      <w:tblPr>
        <w:tblW w:w="9488" w:type="dxa"/>
        <w:jc w:val="center"/>
        <w:tblLook w:val="04A0" w:firstRow="1" w:lastRow="0" w:firstColumn="1" w:lastColumn="0" w:noHBand="0" w:noVBand="1"/>
      </w:tblPr>
      <w:tblGrid>
        <w:gridCol w:w="9488"/>
      </w:tblGrid>
      <w:tr w:rsidR="00B43FC9" w:rsidRPr="00CF56E6" w14:paraId="61CFE26F" w14:textId="77777777" w:rsidTr="00CF56E6">
        <w:trPr>
          <w:cantSplit/>
          <w:jc w:val="center"/>
        </w:trPr>
        <w:tc>
          <w:tcPr>
            <w:tcW w:w="9488" w:type="dxa"/>
            <w:shd w:val="clear" w:color="auto" w:fill="1F4E79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018C87A" w14:textId="77777777" w:rsidR="00B43FC9" w:rsidRPr="00CF56E6" w:rsidRDefault="00000000">
            <w:pPr>
              <w:keepNext/>
              <w:spacing w:after="0"/>
              <w:rPr>
                <w:rFonts w:ascii="Arial" w:hAnsi="Arial" w:cs="Arial"/>
              </w:rPr>
            </w:pPr>
            <w:r w:rsidRPr="00CF56E6">
              <w:rPr>
                <w:rFonts w:ascii="Arial" w:hAnsi="Arial" w:cs="Arial"/>
                <w:b/>
                <w:color w:val="FFFFFF"/>
                <w:sz w:val="23"/>
              </w:rPr>
              <w:t>B. PENDAHULUAN</w:t>
            </w:r>
          </w:p>
        </w:tc>
      </w:tr>
      <w:tr w:rsidR="00B43FC9" w:rsidRPr="00CF56E6" w14:paraId="3CEF90A4" w14:textId="77777777" w:rsidTr="00CF56E6">
        <w:trPr>
          <w:cantSplit/>
          <w:jc w:val="center"/>
        </w:trPr>
        <w:tc>
          <w:tcPr>
            <w:tcW w:w="9488" w:type="dxa"/>
            <w:shd w:val="clear" w:color="auto" w:fill="D9EA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F2EAEA9" w14:textId="77777777" w:rsidR="00B43FC9" w:rsidRPr="00CF56E6" w:rsidRDefault="00000000">
            <w:pPr>
              <w:pStyle w:val="Instruction"/>
              <w:keepNext/>
              <w:spacing w:after="0"/>
              <w:rPr>
                <w:rFonts w:ascii="Arial" w:hAnsi="Arial" w:cs="Arial"/>
              </w:rPr>
            </w:pPr>
            <w:r w:rsidRPr="00CF56E6">
              <w:rPr>
                <w:rFonts w:ascii="Arial" w:hAnsi="Arial" w:cs="Arial"/>
                <w:lang w:val="fi-FI"/>
              </w:rPr>
              <w:t xml:space="preserve">Perkenalkan isu secara jelas. Tunjukkan relevansinya dengan tema/subtema, konteks masalah, urgensi, dan alasan isu penting dibahas. </w:t>
            </w:r>
            <w:proofErr w:type="spellStart"/>
            <w:r w:rsidRPr="00CF56E6">
              <w:rPr>
                <w:rFonts w:ascii="Arial" w:hAnsi="Arial" w:cs="Arial"/>
              </w:rPr>
              <w:t>Arahkan</w:t>
            </w:r>
            <w:proofErr w:type="spellEnd"/>
            <w:r w:rsidRPr="00CF56E6">
              <w:rPr>
                <w:rFonts w:ascii="Arial" w:hAnsi="Arial" w:cs="Arial"/>
              </w:rPr>
              <w:t xml:space="preserve"> </w:t>
            </w:r>
            <w:proofErr w:type="spellStart"/>
            <w:r w:rsidRPr="00CF56E6">
              <w:rPr>
                <w:rFonts w:ascii="Arial" w:hAnsi="Arial" w:cs="Arial"/>
              </w:rPr>
              <w:t>pembaca</w:t>
            </w:r>
            <w:proofErr w:type="spellEnd"/>
            <w:r w:rsidRPr="00CF56E6">
              <w:rPr>
                <w:rFonts w:ascii="Arial" w:hAnsi="Arial" w:cs="Arial"/>
              </w:rPr>
              <w:t xml:space="preserve"> </w:t>
            </w:r>
            <w:proofErr w:type="spellStart"/>
            <w:r w:rsidRPr="00CF56E6">
              <w:rPr>
                <w:rFonts w:ascii="Arial" w:hAnsi="Arial" w:cs="Arial"/>
              </w:rPr>
              <w:t>menuju</w:t>
            </w:r>
            <w:proofErr w:type="spellEnd"/>
            <w:r w:rsidRPr="00CF56E6">
              <w:rPr>
                <w:rFonts w:ascii="Arial" w:hAnsi="Arial" w:cs="Arial"/>
              </w:rPr>
              <w:t xml:space="preserve"> </w:t>
            </w:r>
            <w:proofErr w:type="spellStart"/>
            <w:r w:rsidRPr="00CF56E6">
              <w:rPr>
                <w:rFonts w:ascii="Arial" w:hAnsi="Arial" w:cs="Arial"/>
              </w:rPr>
              <w:t>posisi</w:t>
            </w:r>
            <w:proofErr w:type="spellEnd"/>
            <w:r w:rsidRPr="00CF56E6">
              <w:rPr>
                <w:rFonts w:ascii="Arial" w:hAnsi="Arial" w:cs="Arial"/>
              </w:rPr>
              <w:t xml:space="preserve"> atau sudut pandang utama penulis.</w:t>
            </w:r>
          </w:p>
        </w:tc>
      </w:tr>
      <w:tr w:rsidR="00B43FC9" w:rsidRPr="00CF56E6" w14:paraId="2185999D" w14:textId="77777777" w:rsidTr="00CF56E6">
        <w:trPr>
          <w:cantSplit/>
          <w:jc w:val="center"/>
        </w:trPr>
        <w:tc>
          <w:tcPr>
            <w:tcW w:w="9488" w:type="dxa"/>
            <w:tcBorders>
              <w:top w:val="single" w:sz="4" w:space="0" w:color="C7D3DD"/>
              <w:left w:val="single" w:sz="4" w:space="0" w:color="C7D3DD"/>
              <w:bottom w:val="single" w:sz="4" w:space="0" w:color="C7D3DD"/>
              <w:right w:val="single" w:sz="4" w:space="0" w:color="C7D3DD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D8CB82C" w14:textId="5DBF3468" w:rsidR="00B43FC9" w:rsidRPr="00CF56E6" w:rsidRDefault="00000000">
            <w:pPr>
              <w:keepNext/>
              <w:spacing w:after="40"/>
              <w:rPr>
                <w:rFonts w:ascii="Arial" w:hAnsi="Arial" w:cs="Arial"/>
                <w:lang w:val="fi-FI"/>
              </w:rPr>
            </w:pPr>
            <w:r w:rsidRPr="00CF56E6">
              <w:rPr>
                <w:rFonts w:ascii="Arial" w:hAnsi="Arial" w:cs="Arial"/>
                <w:i/>
                <w:color w:val="828282"/>
                <w:sz w:val="20"/>
                <w:lang w:val="fi-FI"/>
              </w:rPr>
              <w:t xml:space="preserve">[Ketik isi pada bagian ini. </w:t>
            </w:r>
          </w:p>
          <w:p w14:paraId="2A824C99" w14:textId="77777777" w:rsidR="00B43FC9" w:rsidRPr="00CF56E6" w:rsidRDefault="00000000">
            <w:pPr>
              <w:spacing w:after="40"/>
              <w:rPr>
                <w:rFonts w:ascii="Arial" w:hAnsi="Arial" w:cs="Arial"/>
              </w:rPr>
            </w:pPr>
            <w:r w:rsidRPr="00CF56E6">
              <w:rPr>
                <w:rFonts w:ascii="Arial" w:hAnsi="Arial" w:cs="Arial"/>
                <w:color w:val="BEBEBE"/>
                <w:sz w:val="18"/>
              </w:rPr>
              <w:t>........................................................................................................................</w:t>
            </w:r>
          </w:p>
          <w:p w14:paraId="63C1508A" w14:textId="77777777" w:rsidR="00B43FC9" w:rsidRPr="00CF56E6" w:rsidRDefault="00000000">
            <w:pPr>
              <w:spacing w:after="40"/>
              <w:rPr>
                <w:rFonts w:ascii="Arial" w:hAnsi="Arial" w:cs="Arial"/>
              </w:rPr>
            </w:pPr>
            <w:r w:rsidRPr="00CF56E6">
              <w:rPr>
                <w:rFonts w:ascii="Arial" w:hAnsi="Arial" w:cs="Arial"/>
                <w:color w:val="BEBEBE"/>
                <w:sz w:val="18"/>
              </w:rPr>
              <w:t>........................................................................................................................</w:t>
            </w:r>
          </w:p>
          <w:p w14:paraId="0A3B9880" w14:textId="77777777" w:rsidR="00B43FC9" w:rsidRPr="00CF56E6" w:rsidRDefault="00000000">
            <w:pPr>
              <w:spacing w:after="40"/>
              <w:rPr>
                <w:rFonts w:ascii="Arial" w:hAnsi="Arial" w:cs="Arial"/>
              </w:rPr>
            </w:pPr>
            <w:r w:rsidRPr="00CF56E6">
              <w:rPr>
                <w:rFonts w:ascii="Arial" w:hAnsi="Arial" w:cs="Arial"/>
                <w:color w:val="BEBEBE"/>
                <w:sz w:val="18"/>
              </w:rPr>
              <w:t>........................................................................................................................</w:t>
            </w:r>
          </w:p>
          <w:p w14:paraId="2B561C3A" w14:textId="77777777" w:rsidR="00B43FC9" w:rsidRPr="00CF56E6" w:rsidRDefault="00000000">
            <w:pPr>
              <w:spacing w:after="40"/>
              <w:rPr>
                <w:rFonts w:ascii="Arial" w:hAnsi="Arial" w:cs="Arial"/>
              </w:rPr>
            </w:pPr>
            <w:r w:rsidRPr="00CF56E6">
              <w:rPr>
                <w:rFonts w:ascii="Arial" w:hAnsi="Arial" w:cs="Arial"/>
                <w:color w:val="BEBEBE"/>
                <w:sz w:val="18"/>
              </w:rPr>
              <w:t>........................................................................................................................</w:t>
            </w:r>
          </w:p>
        </w:tc>
      </w:tr>
    </w:tbl>
    <w:p w14:paraId="1D62ECE3" w14:textId="77777777" w:rsidR="00B43FC9" w:rsidRPr="00CF56E6" w:rsidRDefault="00B43FC9">
      <w:pPr>
        <w:spacing w:after="40"/>
        <w:rPr>
          <w:rFonts w:ascii="Arial" w:hAnsi="Arial" w:cs="Arial"/>
        </w:rPr>
      </w:pPr>
    </w:p>
    <w:tbl>
      <w:tblPr>
        <w:tblW w:w="9488" w:type="dxa"/>
        <w:jc w:val="center"/>
        <w:tblLook w:val="04A0" w:firstRow="1" w:lastRow="0" w:firstColumn="1" w:lastColumn="0" w:noHBand="0" w:noVBand="1"/>
      </w:tblPr>
      <w:tblGrid>
        <w:gridCol w:w="9488"/>
      </w:tblGrid>
      <w:tr w:rsidR="00B43FC9" w:rsidRPr="00CF56E6" w14:paraId="192C56DF" w14:textId="77777777" w:rsidTr="00CF56E6">
        <w:trPr>
          <w:cantSplit/>
          <w:jc w:val="center"/>
        </w:trPr>
        <w:tc>
          <w:tcPr>
            <w:tcW w:w="9488" w:type="dxa"/>
            <w:shd w:val="clear" w:color="auto" w:fill="1F4E79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7267390" w14:textId="77777777" w:rsidR="00B43FC9" w:rsidRPr="00CF56E6" w:rsidRDefault="00000000">
            <w:pPr>
              <w:keepNext/>
              <w:spacing w:after="0"/>
              <w:rPr>
                <w:rFonts w:ascii="Arial" w:hAnsi="Arial" w:cs="Arial"/>
              </w:rPr>
            </w:pPr>
            <w:r w:rsidRPr="00CF56E6">
              <w:rPr>
                <w:rFonts w:ascii="Arial" w:hAnsi="Arial" w:cs="Arial"/>
                <w:b/>
                <w:color w:val="FFFFFF"/>
                <w:sz w:val="23"/>
              </w:rPr>
              <w:t>C. PEMBAHASAN / ARGUMENTASI</w:t>
            </w:r>
          </w:p>
        </w:tc>
      </w:tr>
      <w:tr w:rsidR="00B43FC9" w:rsidRPr="00CF56E6" w14:paraId="7FAA1629" w14:textId="77777777" w:rsidTr="00CF56E6">
        <w:trPr>
          <w:cantSplit/>
          <w:jc w:val="center"/>
        </w:trPr>
        <w:tc>
          <w:tcPr>
            <w:tcW w:w="9488" w:type="dxa"/>
            <w:shd w:val="clear" w:color="auto" w:fill="D9EA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50D70B8" w14:textId="77777777" w:rsidR="00B43FC9" w:rsidRPr="00CF56E6" w:rsidRDefault="00000000">
            <w:pPr>
              <w:pStyle w:val="Instruction"/>
              <w:keepNext/>
              <w:spacing w:after="0"/>
              <w:rPr>
                <w:rFonts w:ascii="Arial" w:hAnsi="Arial" w:cs="Arial"/>
              </w:rPr>
            </w:pPr>
            <w:r w:rsidRPr="00CF56E6">
              <w:rPr>
                <w:rFonts w:ascii="Arial" w:hAnsi="Arial" w:cs="Arial"/>
                <w:lang w:val="fi-FI"/>
              </w:rPr>
              <w:t xml:space="preserve">Kembangkan argumentasi secara logis, konsisten, dan kritis. </w:t>
            </w:r>
            <w:proofErr w:type="spellStart"/>
            <w:r w:rsidRPr="00CF56E6">
              <w:rPr>
                <w:rFonts w:ascii="Arial" w:hAnsi="Arial" w:cs="Arial"/>
              </w:rPr>
              <w:t>Setiap</w:t>
            </w:r>
            <w:proofErr w:type="spellEnd"/>
            <w:r w:rsidRPr="00CF56E6">
              <w:rPr>
                <w:rFonts w:ascii="Arial" w:hAnsi="Arial" w:cs="Arial"/>
              </w:rPr>
              <w:t xml:space="preserve"> </w:t>
            </w:r>
            <w:proofErr w:type="spellStart"/>
            <w:r w:rsidRPr="00CF56E6">
              <w:rPr>
                <w:rFonts w:ascii="Arial" w:hAnsi="Arial" w:cs="Arial"/>
              </w:rPr>
              <w:t>gagasan</w:t>
            </w:r>
            <w:proofErr w:type="spellEnd"/>
            <w:r w:rsidRPr="00CF56E6">
              <w:rPr>
                <w:rFonts w:ascii="Arial" w:hAnsi="Arial" w:cs="Arial"/>
              </w:rPr>
              <w:t xml:space="preserve"> </w:t>
            </w:r>
            <w:proofErr w:type="spellStart"/>
            <w:r w:rsidRPr="00CF56E6">
              <w:rPr>
                <w:rFonts w:ascii="Arial" w:hAnsi="Arial" w:cs="Arial"/>
              </w:rPr>
              <w:t>utama</w:t>
            </w:r>
            <w:proofErr w:type="spellEnd"/>
            <w:r w:rsidRPr="00CF56E6">
              <w:rPr>
                <w:rFonts w:ascii="Arial" w:hAnsi="Arial" w:cs="Arial"/>
              </w:rPr>
              <w:t xml:space="preserve"> </w:t>
            </w:r>
            <w:proofErr w:type="spellStart"/>
            <w:r w:rsidRPr="00CF56E6">
              <w:rPr>
                <w:rFonts w:ascii="Arial" w:hAnsi="Arial" w:cs="Arial"/>
              </w:rPr>
              <w:t>perlu</w:t>
            </w:r>
            <w:proofErr w:type="spellEnd"/>
            <w:r w:rsidRPr="00CF56E6">
              <w:rPr>
                <w:rFonts w:ascii="Arial" w:hAnsi="Arial" w:cs="Arial"/>
              </w:rPr>
              <w:t xml:space="preserve"> </w:t>
            </w:r>
            <w:proofErr w:type="spellStart"/>
            <w:r w:rsidRPr="00CF56E6">
              <w:rPr>
                <w:rFonts w:ascii="Arial" w:hAnsi="Arial" w:cs="Arial"/>
              </w:rPr>
              <w:t>dihubungkan</w:t>
            </w:r>
            <w:proofErr w:type="spellEnd"/>
            <w:r w:rsidRPr="00CF56E6">
              <w:rPr>
                <w:rFonts w:ascii="Arial" w:hAnsi="Arial" w:cs="Arial"/>
              </w:rPr>
              <w:t xml:space="preserve"> </w:t>
            </w:r>
            <w:proofErr w:type="spellStart"/>
            <w:r w:rsidRPr="00CF56E6">
              <w:rPr>
                <w:rFonts w:ascii="Arial" w:hAnsi="Arial" w:cs="Arial"/>
              </w:rPr>
              <w:t>dengan</w:t>
            </w:r>
            <w:proofErr w:type="spellEnd"/>
            <w:r w:rsidRPr="00CF56E6">
              <w:rPr>
                <w:rFonts w:ascii="Arial" w:hAnsi="Arial" w:cs="Arial"/>
              </w:rPr>
              <w:t xml:space="preserve"> data, </w:t>
            </w:r>
            <w:proofErr w:type="spellStart"/>
            <w:r w:rsidRPr="00CF56E6">
              <w:rPr>
                <w:rFonts w:ascii="Arial" w:hAnsi="Arial" w:cs="Arial"/>
              </w:rPr>
              <w:t>fakta</w:t>
            </w:r>
            <w:proofErr w:type="spellEnd"/>
            <w:r w:rsidRPr="00CF56E6">
              <w:rPr>
                <w:rFonts w:ascii="Arial" w:hAnsi="Arial" w:cs="Arial"/>
              </w:rPr>
              <w:t xml:space="preserve">, </w:t>
            </w:r>
            <w:proofErr w:type="spellStart"/>
            <w:r w:rsidRPr="00CF56E6">
              <w:rPr>
                <w:rFonts w:ascii="Arial" w:hAnsi="Arial" w:cs="Arial"/>
              </w:rPr>
              <w:t>contoh</w:t>
            </w:r>
            <w:proofErr w:type="spellEnd"/>
            <w:r w:rsidRPr="00CF56E6">
              <w:rPr>
                <w:rFonts w:ascii="Arial" w:hAnsi="Arial" w:cs="Arial"/>
              </w:rPr>
              <w:t xml:space="preserve">, </w:t>
            </w:r>
            <w:proofErr w:type="spellStart"/>
            <w:r w:rsidRPr="00CF56E6">
              <w:rPr>
                <w:rFonts w:ascii="Arial" w:hAnsi="Arial" w:cs="Arial"/>
              </w:rPr>
              <w:t>atau</w:t>
            </w:r>
            <w:proofErr w:type="spellEnd"/>
            <w:r w:rsidRPr="00CF56E6">
              <w:rPr>
                <w:rFonts w:ascii="Arial" w:hAnsi="Arial" w:cs="Arial"/>
              </w:rPr>
              <w:t xml:space="preserve"> </w:t>
            </w:r>
            <w:proofErr w:type="spellStart"/>
            <w:r w:rsidRPr="00CF56E6">
              <w:rPr>
                <w:rFonts w:ascii="Arial" w:hAnsi="Arial" w:cs="Arial"/>
              </w:rPr>
              <w:t>sumber</w:t>
            </w:r>
            <w:proofErr w:type="spellEnd"/>
            <w:r w:rsidRPr="00CF56E6">
              <w:rPr>
                <w:rFonts w:ascii="Arial" w:hAnsi="Arial" w:cs="Arial"/>
              </w:rPr>
              <w:t xml:space="preserve"> </w:t>
            </w:r>
            <w:proofErr w:type="spellStart"/>
            <w:r w:rsidRPr="00CF56E6">
              <w:rPr>
                <w:rFonts w:ascii="Arial" w:hAnsi="Arial" w:cs="Arial"/>
              </w:rPr>
              <w:t>tepercaya</w:t>
            </w:r>
            <w:proofErr w:type="spellEnd"/>
            <w:r w:rsidRPr="00CF56E6">
              <w:rPr>
                <w:rFonts w:ascii="Arial" w:hAnsi="Arial" w:cs="Arial"/>
              </w:rPr>
              <w:t xml:space="preserve">. </w:t>
            </w:r>
            <w:proofErr w:type="spellStart"/>
            <w:r w:rsidRPr="00CF56E6">
              <w:rPr>
                <w:rFonts w:ascii="Arial" w:hAnsi="Arial" w:cs="Arial"/>
              </w:rPr>
              <w:t>Hindari</w:t>
            </w:r>
            <w:proofErr w:type="spellEnd"/>
            <w:r w:rsidRPr="00CF56E6">
              <w:rPr>
                <w:rFonts w:ascii="Arial" w:hAnsi="Arial" w:cs="Arial"/>
              </w:rPr>
              <w:t xml:space="preserve"> </w:t>
            </w:r>
            <w:proofErr w:type="spellStart"/>
            <w:r w:rsidRPr="00CF56E6">
              <w:rPr>
                <w:rFonts w:ascii="Arial" w:hAnsi="Arial" w:cs="Arial"/>
              </w:rPr>
              <w:t>sekadar</w:t>
            </w:r>
            <w:proofErr w:type="spellEnd"/>
            <w:r w:rsidRPr="00CF56E6">
              <w:rPr>
                <w:rFonts w:ascii="Arial" w:hAnsi="Arial" w:cs="Arial"/>
              </w:rPr>
              <w:t xml:space="preserve"> </w:t>
            </w:r>
            <w:proofErr w:type="spellStart"/>
            <w:r w:rsidRPr="00CF56E6">
              <w:rPr>
                <w:rFonts w:ascii="Arial" w:hAnsi="Arial" w:cs="Arial"/>
              </w:rPr>
              <w:t>merangkum</w:t>
            </w:r>
            <w:proofErr w:type="spellEnd"/>
            <w:r w:rsidRPr="00CF56E6">
              <w:rPr>
                <w:rFonts w:ascii="Arial" w:hAnsi="Arial" w:cs="Arial"/>
              </w:rPr>
              <w:t xml:space="preserve"> </w:t>
            </w:r>
            <w:proofErr w:type="spellStart"/>
            <w:r w:rsidRPr="00CF56E6">
              <w:rPr>
                <w:rFonts w:ascii="Arial" w:hAnsi="Arial" w:cs="Arial"/>
              </w:rPr>
              <w:t>informasi</w:t>
            </w:r>
            <w:proofErr w:type="spellEnd"/>
            <w:r w:rsidRPr="00CF56E6">
              <w:rPr>
                <w:rFonts w:ascii="Arial" w:hAnsi="Arial" w:cs="Arial"/>
              </w:rPr>
              <w:t xml:space="preserve"> </w:t>
            </w:r>
            <w:proofErr w:type="spellStart"/>
            <w:r w:rsidRPr="00CF56E6">
              <w:rPr>
                <w:rFonts w:ascii="Arial" w:hAnsi="Arial" w:cs="Arial"/>
              </w:rPr>
              <w:t>dari</w:t>
            </w:r>
            <w:proofErr w:type="spellEnd"/>
            <w:r w:rsidRPr="00CF56E6">
              <w:rPr>
                <w:rFonts w:ascii="Arial" w:hAnsi="Arial" w:cs="Arial"/>
              </w:rPr>
              <w:t xml:space="preserve"> </w:t>
            </w:r>
            <w:proofErr w:type="spellStart"/>
            <w:r w:rsidRPr="00CF56E6">
              <w:rPr>
                <w:rFonts w:ascii="Arial" w:hAnsi="Arial" w:cs="Arial"/>
              </w:rPr>
              <w:t>berbagai</w:t>
            </w:r>
            <w:proofErr w:type="spellEnd"/>
            <w:r w:rsidRPr="00CF56E6">
              <w:rPr>
                <w:rFonts w:ascii="Arial" w:hAnsi="Arial" w:cs="Arial"/>
              </w:rPr>
              <w:t xml:space="preserve"> </w:t>
            </w:r>
            <w:proofErr w:type="spellStart"/>
            <w:r w:rsidRPr="00CF56E6">
              <w:rPr>
                <w:rFonts w:ascii="Arial" w:hAnsi="Arial" w:cs="Arial"/>
              </w:rPr>
              <w:t>sumber</w:t>
            </w:r>
            <w:proofErr w:type="spellEnd"/>
            <w:r w:rsidRPr="00CF56E6">
              <w:rPr>
                <w:rFonts w:ascii="Arial" w:hAnsi="Arial" w:cs="Arial"/>
              </w:rPr>
              <w:t>.</w:t>
            </w:r>
          </w:p>
        </w:tc>
      </w:tr>
      <w:tr w:rsidR="00B43FC9" w:rsidRPr="00CF56E6" w14:paraId="7439213F" w14:textId="77777777" w:rsidTr="00CF56E6">
        <w:trPr>
          <w:cantSplit/>
          <w:jc w:val="center"/>
        </w:trPr>
        <w:tc>
          <w:tcPr>
            <w:tcW w:w="9488" w:type="dxa"/>
            <w:tcBorders>
              <w:top w:val="single" w:sz="4" w:space="0" w:color="C7D3DD"/>
              <w:left w:val="single" w:sz="4" w:space="0" w:color="C7D3DD"/>
              <w:bottom w:val="single" w:sz="4" w:space="0" w:color="C7D3DD"/>
              <w:right w:val="single" w:sz="4" w:space="0" w:color="C7D3DD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B21227F" w14:textId="77777777" w:rsidR="00B43FC9" w:rsidRPr="00CF56E6" w:rsidRDefault="00000000">
            <w:pPr>
              <w:keepNext/>
              <w:spacing w:after="40"/>
              <w:rPr>
                <w:rFonts w:ascii="Arial" w:hAnsi="Arial" w:cs="Arial"/>
                <w:lang w:val="fi-FI"/>
              </w:rPr>
            </w:pPr>
            <w:r w:rsidRPr="00CF56E6">
              <w:rPr>
                <w:rFonts w:ascii="Arial" w:hAnsi="Arial" w:cs="Arial"/>
                <w:i/>
                <w:color w:val="828282"/>
                <w:sz w:val="20"/>
                <w:lang w:val="fi-FI"/>
              </w:rPr>
              <w:t>[Ketik isi pada bagian ini. Hapus petunjuk dalam tanda kurung siku sebelum naskah difinalkan.]</w:t>
            </w:r>
          </w:p>
          <w:p w14:paraId="013548DE" w14:textId="77777777" w:rsidR="00B43FC9" w:rsidRPr="00CF56E6" w:rsidRDefault="00000000">
            <w:pPr>
              <w:spacing w:after="40"/>
              <w:rPr>
                <w:rFonts w:ascii="Arial" w:hAnsi="Arial" w:cs="Arial"/>
              </w:rPr>
            </w:pPr>
            <w:r w:rsidRPr="00CF56E6">
              <w:rPr>
                <w:rFonts w:ascii="Arial" w:hAnsi="Arial" w:cs="Arial"/>
                <w:color w:val="BEBEBE"/>
                <w:sz w:val="18"/>
              </w:rPr>
              <w:t>........................................................................................................................</w:t>
            </w:r>
          </w:p>
        </w:tc>
      </w:tr>
      <w:tr w:rsidR="00B43FC9" w:rsidRPr="00CF56E6" w14:paraId="69FA1B38" w14:textId="77777777" w:rsidTr="00CF56E6">
        <w:trPr>
          <w:cantSplit/>
          <w:jc w:val="center"/>
        </w:trPr>
        <w:tc>
          <w:tcPr>
            <w:tcW w:w="9488" w:type="dxa"/>
            <w:shd w:val="clear" w:color="auto" w:fill="2F6B4F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166A5F9" w14:textId="77777777" w:rsidR="00B43FC9" w:rsidRPr="00CF56E6" w:rsidRDefault="00000000">
            <w:pPr>
              <w:keepNext/>
              <w:spacing w:after="0"/>
              <w:rPr>
                <w:rFonts w:ascii="Arial" w:hAnsi="Arial" w:cs="Arial"/>
              </w:rPr>
            </w:pPr>
            <w:r w:rsidRPr="00CF56E6">
              <w:rPr>
                <w:rFonts w:ascii="Arial" w:hAnsi="Arial" w:cs="Arial"/>
                <w:b/>
                <w:color w:val="FFFFFF"/>
                <w:sz w:val="23"/>
              </w:rPr>
              <w:t>C.1. SUDUT PANDANG DAN ARGUMENTASI UTAMA</w:t>
            </w:r>
          </w:p>
        </w:tc>
      </w:tr>
      <w:tr w:rsidR="00B43FC9" w:rsidRPr="003359C3" w14:paraId="1CC8ADA8" w14:textId="77777777" w:rsidTr="00CF56E6">
        <w:trPr>
          <w:cantSplit/>
          <w:jc w:val="center"/>
        </w:trPr>
        <w:tc>
          <w:tcPr>
            <w:tcW w:w="9488" w:type="dxa"/>
            <w:shd w:val="clear" w:color="auto" w:fill="DCEFD6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AF32469" w14:textId="77777777" w:rsidR="00B43FC9" w:rsidRPr="00CF56E6" w:rsidRDefault="00000000">
            <w:pPr>
              <w:pStyle w:val="Instruction"/>
              <w:keepNext/>
              <w:spacing w:after="0"/>
              <w:rPr>
                <w:rFonts w:ascii="Arial" w:hAnsi="Arial" w:cs="Arial"/>
                <w:lang w:val="fi-FI"/>
              </w:rPr>
            </w:pPr>
            <w:r w:rsidRPr="00CF56E6">
              <w:rPr>
                <w:rFonts w:ascii="Arial" w:hAnsi="Arial" w:cs="Arial"/>
                <w:lang w:val="fi-FI"/>
              </w:rPr>
              <w:t>Nyatakan posisi penulis secara tegas. Susun alasan utama yang mendukung posisi tersebut dan jelaskan hubungan antarargumen secara runtut.</w:t>
            </w:r>
          </w:p>
        </w:tc>
      </w:tr>
      <w:tr w:rsidR="00B43FC9" w:rsidRPr="00CF56E6" w14:paraId="40D41197" w14:textId="77777777" w:rsidTr="00CF56E6">
        <w:trPr>
          <w:cantSplit/>
          <w:jc w:val="center"/>
        </w:trPr>
        <w:tc>
          <w:tcPr>
            <w:tcW w:w="9488" w:type="dxa"/>
            <w:tcBorders>
              <w:top w:val="single" w:sz="4" w:space="0" w:color="C7D3DD"/>
              <w:left w:val="single" w:sz="4" w:space="0" w:color="C7D3DD"/>
              <w:bottom w:val="single" w:sz="4" w:space="0" w:color="C7D3DD"/>
              <w:right w:val="single" w:sz="4" w:space="0" w:color="C7D3DD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9BAD3E1" w14:textId="77777777" w:rsidR="00B43FC9" w:rsidRPr="00CF56E6" w:rsidRDefault="00000000">
            <w:pPr>
              <w:keepNext/>
              <w:spacing w:after="40"/>
              <w:rPr>
                <w:rFonts w:ascii="Arial" w:hAnsi="Arial" w:cs="Arial"/>
                <w:lang w:val="fi-FI"/>
              </w:rPr>
            </w:pPr>
            <w:r w:rsidRPr="00CF56E6">
              <w:rPr>
                <w:rFonts w:ascii="Arial" w:hAnsi="Arial" w:cs="Arial"/>
                <w:i/>
                <w:color w:val="828282"/>
                <w:sz w:val="20"/>
                <w:lang w:val="fi-FI"/>
              </w:rPr>
              <w:t>[Ketik isi pada bagian ini. Hapus petunjuk dalam tanda kurung siku sebelum naskah difinalkan.]</w:t>
            </w:r>
          </w:p>
          <w:p w14:paraId="6F5F5460" w14:textId="77777777" w:rsidR="00B43FC9" w:rsidRPr="00CF56E6" w:rsidRDefault="00000000">
            <w:pPr>
              <w:spacing w:after="40"/>
              <w:rPr>
                <w:rFonts w:ascii="Arial" w:hAnsi="Arial" w:cs="Arial"/>
              </w:rPr>
            </w:pPr>
            <w:r w:rsidRPr="00CF56E6">
              <w:rPr>
                <w:rFonts w:ascii="Arial" w:hAnsi="Arial" w:cs="Arial"/>
                <w:color w:val="BEBEBE"/>
                <w:sz w:val="18"/>
              </w:rPr>
              <w:t>........................................................................................................................</w:t>
            </w:r>
          </w:p>
          <w:p w14:paraId="3734C775" w14:textId="77777777" w:rsidR="00B43FC9" w:rsidRPr="00CF56E6" w:rsidRDefault="00000000">
            <w:pPr>
              <w:spacing w:after="40"/>
              <w:rPr>
                <w:rFonts w:ascii="Arial" w:hAnsi="Arial" w:cs="Arial"/>
              </w:rPr>
            </w:pPr>
            <w:r w:rsidRPr="00CF56E6">
              <w:rPr>
                <w:rFonts w:ascii="Arial" w:hAnsi="Arial" w:cs="Arial"/>
                <w:color w:val="BEBEBE"/>
                <w:sz w:val="18"/>
              </w:rPr>
              <w:t>........................................................................................................................</w:t>
            </w:r>
          </w:p>
          <w:p w14:paraId="0BD86A3A" w14:textId="77777777" w:rsidR="00B43FC9" w:rsidRDefault="00000000">
            <w:pPr>
              <w:spacing w:after="40"/>
              <w:rPr>
                <w:rFonts w:ascii="Arial" w:hAnsi="Arial" w:cs="Arial"/>
                <w:color w:val="BEBEBE"/>
                <w:sz w:val="18"/>
              </w:rPr>
            </w:pPr>
            <w:r w:rsidRPr="00CF56E6">
              <w:rPr>
                <w:rFonts w:ascii="Arial" w:hAnsi="Arial" w:cs="Arial"/>
                <w:color w:val="BEBEBE"/>
                <w:sz w:val="18"/>
              </w:rPr>
              <w:t>........................................................................................................................</w:t>
            </w:r>
          </w:p>
          <w:p w14:paraId="46BE881C" w14:textId="77777777" w:rsidR="003359C3" w:rsidRDefault="003359C3">
            <w:pPr>
              <w:spacing w:after="40"/>
              <w:rPr>
                <w:rFonts w:ascii="Arial" w:hAnsi="Arial" w:cs="Arial"/>
                <w:color w:val="BEBEBE"/>
                <w:sz w:val="18"/>
              </w:rPr>
            </w:pPr>
          </w:p>
          <w:p w14:paraId="7ED4B296" w14:textId="77777777" w:rsidR="003359C3" w:rsidRPr="00CF56E6" w:rsidRDefault="003359C3">
            <w:pPr>
              <w:spacing w:after="40"/>
              <w:rPr>
                <w:rFonts w:ascii="Arial" w:hAnsi="Arial" w:cs="Arial"/>
              </w:rPr>
            </w:pPr>
          </w:p>
        </w:tc>
      </w:tr>
    </w:tbl>
    <w:p w14:paraId="22B39351" w14:textId="77777777" w:rsidR="00B43FC9" w:rsidRPr="00CF56E6" w:rsidRDefault="00B43FC9">
      <w:pPr>
        <w:spacing w:after="40"/>
        <w:rPr>
          <w:rFonts w:ascii="Arial" w:hAnsi="Arial" w:cs="Arial"/>
        </w:rPr>
      </w:pPr>
    </w:p>
    <w:tbl>
      <w:tblPr>
        <w:tblW w:w="9494" w:type="dxa"/>
        <w:jc w:val="center"/>
        <w:tblLook w:val="04A0" w:firstRow="1" w:lastRow="0" w:firstColumn="1" w:lastColumn="0" w:noHBand="0" w:noVBand="1"/>
      </w:tblPr>
      <w:tblGrid>
        <w:gridCol w:w="9494"/>
      </w:tblGrid>
      <w:tr w:rsidR="00B43FC9" w:rsidRPr="00CF56E6" w14:paraId="24AF1F60" w14:textId="77777777" w:rsidTr="00CF56E6">
        <w:trPr>
          <w:cantSplit/>
          <w:jc w:val="center"/>
        </w:trPr>
        <w:tc>
          <w:tcPr>
            <w:tcW w:w="9494" w:type="dxa"/>
            <w:shd w:val="clear" w:color="auto" w:fill="2F6B4F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E274C83" w14:textId="77777777" w:rsidR="00B43FC9" w:rsidRPr="00CF56E6" w:rsidRDefault="00000000">
            <w:pPr>
              <w:keepNext/>
              <w:spacing w:after="0"/>
              <w:rPr>
                <w:rFonts w:ascii="Arial" w:hAnsi="Arial" w:cs="Arial"/>
              </w:rPr>
            </w:pPr>
            <w:r w:rsidRPr="00CF56E6">
              <w:rPr>
                <w:rFonts w:ascii="Arial" w:hAnsi="Arial" w:cs="Arial"/>
                <w:b/>
                <w:color w:val="FFFFFF"/>
                <w:sz w:val="23"/>
              </w:rPr>
              <w:lastRenderedPageBreak/>
              <w:t>C.2. DATA, FAKTA, DAN SUMBER TERPERCAYA</w:t>
            </w:r>
          </w:p>
        </w:tc>
      </w:tr>
      <w:tr w:rsidR="00B43FC9" w:rsidRPr="00CF56E6" w14:paraId="31D400A7" w14:textId="77777777" w:rsidTr="00CF56E6">
        <w:trPr>
          <w:cantSplit/>
          <w:jc w:val="center"/>
        </w:trPr>
        <w:tc>
          <w:tcPr>
            <w:tcW w:w="9494" w:type="dxa"/>
            <w:shd w:val="clear" w:color="auto" w:fill="DCEFD6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D535AEC" w14:textId="77777777" w:rsidR="00B43FC9" w:rsidRPr="00CF56E6" w:rsidRDefault="00000000">
            <w:pPr>
              <w:pStyle w:val="Instruction"/>
              <w:keepNext/>
              <w:spacing w:after="0"/>
              <w:rPr>
                <w:rFonts w:ascii="Arial" w:hAnsi="Arial" w:cs="Arial"/>
              </w:rPr>
            </w:pPr>
            <w:proofErr w:type="spellStart"/>
            <w:r w:rsidRPr="00CF56E6">
              <w:rPr>
                <w:rFonts w:ascii="Arial" w:hAnsi="Arial" w:cs="Arial"/>
              </w:rPr>
              <w:t>Gunakan</w:t>
            </w:r>
            <w:proofErr w:type="spellEnd"/>
            <w:r w:rsidRPr="00CF56E6">
              <w:rPr>
                <w:rFonts w:ascii="Arial" w:hAnsi="Arial" w:cs="Arial"/>
              </w:rPr>
              <w:t xml:space="preserve"> </w:t>
            </w:r>
            <w:proofErr w:type="spellStart"/>
            <w:r w:rsidRPr="00CF56E6">
              <w:rPr>
                <w:rFonts w:ascii="Arial" w:hAnsi="Arial" w:cs="Arial"/>
              </w:rPr>
              <w:t>bukti</w:t>
            </w:r>
            <w:proofErr w:type="spellEnd"/>
            <w:r w:rsidRPr="00CF56E6">
              <w:rPr>
                <w:rFonts w:ascii="Arial" w:hAnsi="Arial" w:cs="Arial"/>
              </w:rPr>
              <w:t xml:space="preserve"> yang </w:t>
            </w:r>
            <w:proofErr w:type="spellStart"/>
            <w:r w:rsidRPr="00CF56E6">
              <w:rPr>
                <w:rFonts w:ascii="Arial" w:hAnsi="Arial" w:cs="Arial"/>
              </w:rPr>
              <w:t>relevan</w:t>
            </w:r>
            <w:proofErr w:type="spellEnd"/>
            <w:r w:rsidRPr="00CF56E6">
              <w:rPr>
                <w:rFonts w:ascii="Arial" w:hAnsi="Arial" w:cs="Arial"/>
              </w:rPr>
              <w:t xml:space="preserve"> dan </w:t>
            </w:r>
            <w:proofErr w:type="spellStart"/>
            <w:r w:rsidRPr="00CF56E6">
              <w:rPr>
                <w:rFonts w:ascii="Arial" w:hAnsi="Arial" w:cs="Arial"/>
              </w:rPr>
              <w:t>kredibel</w:t>
            </w:r>
            <w:proofErr w:type="spellEnd"/>
            <w:r w:rsidRPr="00CF56E6">
              <w:rPr>
                <w:rFonts w:ascii="Arial" w:hAnsi="Arial" w:cs="Arial"/>
              </w:rPr>
              <w:t xml:space="preserve"> </w:t>
            </w:r>
            <w:proofErr w:type="spellStart"/>
            <w:r w:rsidRPr="00CF56E6">
              <w:rPr>
                <w:rFonts w:ascii="Arial" w:hAnsi="Arial" w:cs="Arial"/>
              </w:rPr>
              <w:t>untuk</w:t>
            </w:r>
            <w:proofErr w:type="spellEnd"/>
            <w:r w:rsidRPr="00CF56E6">
              <w:rPr>
                <w:rFonts w:ascii="Arial" w:hAnsi="Arial" w:cs="Arial"/>
              </w:rPr>
              <w:t xml:space="preserve"> </w:t>
            </w:r>
            <w:proofErr w:type="spellStart"/>
            <w:r w:rsidRPr="00CF56E6">
              <w:rPr>
                <w:rFonts w:ascii="Arial" w:hAnsi="Arial" w:cs="Arial"/>
              </w:rPr>
              <w:t>mendukung</w:t>
            </w:r>
            <w:proofErr w:type="spellEnd"/>
            <w:r w:rsidRPr="00CF56E6">
              <w:rPr>
                <w:rFonts w:ascii="Arial" w:hAnsi="Arial" w:cs="Arial"/>
              </w:rPr>
              <w:t xml:space="preserve"> </w:t>
            </w:r>
            <w:proofErr w:type="spellStart"/>
            <w:r w:rsidRPr="00CF56E6">
              <w:rPr>
                <w:rFonts w:ascii="Arial" w:hAnsi="Arial" w:cs="Arial"/>
              </w:rPr>
              <w:t>argumentasi</w:t>
            </w:r>
            <w:proofErr w:type="spellEnd"/>
            <w:r w:rsidRPr="00CF56E6">
              <w:rPr>
                <w:rFonts w:ascii="Arial" w:hAnsi="Arial" w:cs="Arial"/>
              </w:rPr>
              <w:t xml:space="preserve">. </w:t>
            </w:r>
            <w:proofErr w:type="spellStart"/>
            <w:r w:rsidRPr="00CF56E6">
              <w:rPr>
                <w:rFonts w:ascii="Arial" w:hAnsi="Arial" w:cs="Arial"/>
              </w:rPr>
              <w:t>Jelaskan</w:t>
            </w:r>
            <w:proofErr w:type="spellEnd"/>
            <w:r w:rsidRPr="00CF56E6">
              <w:rPr>
                <w:rFonts w:ascii="Arial" w:hAnsi="Arial" w:cs="Arial"/>
              </w:rPr>
              <w:t xml:space="preserve"> </w:t>
            </w:r>
            <w:proofErr w:type="spellStart"/>
            <w:r w:rsidRPr="00CF56E6">
              <w:rPr>
                <w:rFonts w:ascii="Arial" w:hAnsi="Arial" w:cs="Arial"/>
              </w:rPr>
              <w:t>makna</w:t>
            </w:r>
            <w:proofErr w:type="spellEnd"/>
            <w:r w:rsidRPr="00CF56E6">
              <w:rPr>
                <w:rFonts w:ascii="Arial" w:hAnsi="Arial" w:cs="Arial"/>
              </w:rPr>
              <w:t xml:space="preserve"> </w:t>
            </w:r>
            <w:proofErr w:type="spellStart"/>
            <w:r w:rsidRPr="00CF56E6">
              <w:rPr>
                <w:rFonts w:ascii="Arial" w:hAnsi="Arial" w:cs="Arial"/>
              </w:rPr>
              <w:t>bukti</w:t>
            </w:r>
            <w:proofErr w:type="spellEnd"/>
            <w:r w:rsidRPr="00CF56E6">
              <w:rPr>
                <w:rFonts w:ascii="Arial" w:hAnsi="Arial" w:cs="Arial"/>
              </w:rPr>
              <w:t xml:space="preserve"> </w:t>
            </w:r>
            <w:proofErr w:type="spellStart"/>
            <w:r w:rsidRPr="00CF56E6">
              <w:rPr>
                <w:rFonts w:ascii="Arial" w:hAnsi="Arial" w:cs="Arial"/>
              </w:rPr>
              <w:t>tersebut</w:t>
            </w:r>
            <w:proofErr w:type="spellEnd"/>
            <w:r w:rsidRPr="00CF56E6">
              <w:rPr>
                <w:rFonts w:ascii="Arial" w:hAnsi="Arial" w:cs="Arial"/>
              </w:rPr>
              <w:t xml:space="preserve"> </w:t>
            </w:r>
            <w:proofErr w:type="spellStart"/>
            <w:r w:rsidRPr="00CF56E6">
              <w:rPr>
                <w:rFonts w:ascii="Arial" w:hAnsi="Arial" w:cs="Arial"/>
              </w:rPr>
              <w:t>bagi</w:t>
            </w:r>
            <w:proofErr w:type="spellEnd"/>
            <w:r w:rsidRPr="00CF56E6">
              <w:rPr>
                <w:rFonts w:ascii="Arial" w:hAnsi="Arial" w:cs="Arial"/>
              </w:rPr>
              <w:t xml:space="preserve"> </w:t>
            </w:r>
            <w:proofErr w:type="spellStart"/>
            <w:r w:rsidRPr="00CF56E6">
              <w:rPr>
                <w:rFonts w:ascii="Arial" w:hAnsi="Arial" w:cs="Arial"/>
              </w:rPr>
              <w:t>isu</w:t>
            </w:r>
            <w:proofErr w:type="spellEnd"/>
            <w:r w:rsidRPr="00CF56E6">
              <w:rPr>
                <w:rFonts w:ascii="Arial" w:hAnsi="Arial" w:cs="Arial"/>
              </w:rPr>
              <w:t xml:space="preserve"> yang </w:t>
            </w:r>
            <w:proofErr w:type="spellStart"/>
            <w:r w:rsidRPr="00CF56E6">
              <w:rPr>
                <w:rFonts w:ascii="Arial" w:hAnsi="Arial" w:cs="Arial"/>
              </w:rPr>
              <w:t>dibahas</w:t>
            </w:r>
            <w:proofErr w:type="spellEnd"/>
            <w:r w:rsidRPr="00CF56E6">
              <w:rPr>
                <w:rFonts w:ascii="Arial" w:hAnsi="Arial" w:cs="Arial"/>
              </w:rPr>
              <w:t xml:space="preserve">, </w:t>
            </w:r>
            <w:proofErr w:type="spellStart"/>
            <w:r w:rsidRPr="00CF56E6">
              <w:rPr>
                <w:rFonts w:ascii="Arial" w:hAnsi="Arial" w:cs="Arial"/>
              </w:rPr>
              <w:t>bukan</w:t>
            </w:r>
            <w:proofErr w:type="spellEnd"/>
            <w:r w:rsidRPr="00CF56E6">
              <w:rPr>
                <w:rFonts w:ascii="Arial" w:hAnsi="Arial" w:cs="Arial"/>
              </w:rPr>
              <w:t xml:space="preserve"> </w:t>
            </w:r>
            <w:proofErr w:type="spellStart"/>
            <w:r w:rsidRPr="00CF56E6">
              <w:rPr>
                <w:rFonts w:ascii="Arial" w:hAnsi="Arial" w:cs="Arial"/>
              </w:rPr>
              <w:t>hanya</w:t>
            </w:r>
            <w:proofErr w:type="spellEnd"/>
            <w:r w:rsidRPr="00CF56E6">
              <w:rPr>
                <w:rFonts w:ascii="Arial" w:hAnsi="Arial" w:cs="Arial"/>
              </w:rPr>
              <w:t xml:space="preserve"> </w:t>
            </w:r>
            <w:proofErr w:type="spellStart"/>
            <w:r w:rsidRPr="00CF56E6">
              <w:rPr>
                <w:rFonts w:ascii="Arial" w:hAnsi="Arial" w:cs="Arial"/>
              </w:rPr>
              <w:t>mencantumkan</w:t>
            </w:r>
            <w:proofErr w:type="spellEnd"/>
            <w:r w:rsidRPr="00CF56E6">
              <w:rPr>
                <w:rFonts w:ascii="Arial" w:hAnsi="Arial" w:cs="Arial"/>
              </w:rPr>
              <w:t xml:space="preserve"> </w:t>
            </w:r>
            <w:proofErr w:type="spellStart"/>
            <w:r w:rsidRPr="00CF56E6">
              <w:rPr>
                <w:rFonts w:ascii="Arial" w:hAnsi="Arial" w:cs="Arial"/>
              </w:rPr>
              <w:t>angka</w:t>
            </w:r>
            <w:proofErr w:type="spellEnd"/>
            <w:r w:rsidRPr="00CF56E6">
              <w:rPr>
                <w:rFonts w:ascii="Arial" w:hAnsi="Arial" w:cs="Arial"/>
              </w:rPr>
              <w:t xml:space="preserve"> </w:t>
            </w:r>
            <w:proofErr w:type="spellStart"/>
            <w:r w:rsidRPr="00CF56E6">
              <w:rPr>
                <w:rFonts w:ascii="Arial" w:hAnsi="Arial" w:cs="Arial"/>
              </w:rPr>
              <w:t>atau</w:t>
            </w:r>
            <w:proofErr w:type="spellEnd"/>
            <w:r w:rsidRPr="00CF56E6">
              <w:rPr>
                <w:rFonts w:ascii="Arial" w:hAnsi="Arial" w:cs="Arial"/>
              </w:rPr>
              <w:t xml:space="preserve"> </w:t>
            </w:r>
            <w:proofErr w:type="spellStart"/>
            <w:r w:rsidRPr="00CF56E6">
              <w:rPr>
                <w:rFonts w:ascii="Arial" w:hAnsi="Arial" w:cs="Arial"/>
              </w:rPr>
              <w:t>kutipan</w:t>
            </w:r>
            <w:proofErr w:type="spellEnd"/>
            <w:r w:rsidRPr="00CF56E6">
              <w:rPr>
                <w:rFonts w:ascii="Arial" w:hAnsi="Arial" w:cs="Arial"/>
              </w:rPr>
              <w:t>.</w:t>
            </w:r>
          </w:p>
        </w:tc>
      </w:tr>
      <w:tr w:rsidR="00B43FC9" w:rsidRPr="00CF56E6" w14:paraId="54A67CA5" w14:textId="77777777" w:rsidTr="00CF56E6">
        <w:trPr>
          <w:cantSplit/>
          <w:jc w:val="center"/>
        </w:trPr>
        <w:tc>
          <w:tcPr>
            <w:tcW w:w="9494" w:type="dxa"/>
            <w:tcBorders>
              <w:top w:val="single" w:sz="4" w:space="0" w:color="C7D3DD"/>
              <w:left w:val="single" w:sz="4" w:space="0" w:color="C7D3DD"/>
              <w:bottom w:val="single" w:sz="4" w:space="0" w:color="C7D3DD"/>
              <w:right w:val="single" w:sz="4" w:space="0" w:color="C7D3DD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D29D651" w14:textId="0B4A5DE4" w:rsidR="00B43FC9" w:rsidRPr="00CF56E6" w:rsidRDefault="00000000">
            <w:pPr>
              <w:keepNext/>
              <w:spacing w:after="40"/>
              <w:rPr>
                <w:rFonts w:ascii="Arial" w:hAnsi="Arial" w:cs="Arial"/>
                <w:lang w:val="fi-FI"/>
              </w:rPr>
            </w:pPr>
            <w:r w:rsidRPr="00CF56E6">
              <w:rPr>
                <w:rFonts w:ascii="Arial" w:hAnsi="Arial" w:cs="Arial"/>
                <w:i/>
                <w:color w:val="828282"/>
                <w:sz w:val="20"/>
                <w:lang w:val="fi-FI"/>
              </w:rPr>
              <w:t xml:space="preserve">[Ketik isi pada bagian ini. </w:t>
            </w:r>
          </w:p>
          <w:p w14:paraId="390FBE7D" w14:textId="77777777" w:rsidR="00B43FC9" w:rsidRPr="00CF56E6" w:rsidRDefault="00000000">
            <w:pPr>
              <w:spacing w:after="40"/>
              <w:rPr>
                <w:rFonts w:ascii="Arial" w:hAnsi="Arial" w:cs="Arial"/>
              </w:rPr>
            </w:pPr>
            <w:r w:rsidRPr="00CF56E6">
              <w:rPr>
                <w:rFonts w:ascii="Arial" w:hAnsi="Arial" w:cs="Arial"/>
                <w:color w:val="BEBEBE"/>
                <w:sz w:val="18"/>
              </w:rPr>
              <w:t>........................................................................................................................</w:t>
            </w:r>
          </w:p>
          <w:p w14:paraId="2C0B8BD1" w14:textId="77777777" w:rsidR="00B43FC9" w:rsidRPr="00CF56E6" w:rsidRDefault="00000000">
            <w:pPr>
              <w:spacing w:after="40"/>
              <w:rPr>
                <w:rFonts w:ascii="Arial" w:hAnsi="Arial" w:cs="Arial"/>
              </w:rPr>
            </w:pPr>
            <w:r w:rsidRPr="00CF56E6">
              <w:rPr>
                <w:rFonts w:ascii="Arial" w:hAnsi="Arial" w:cs="Arial"/>
                <w:color w:val="BEBEBE"/>
                <w:sz w:val="18"/>
              </w:rPr>
              <w:t>........................................................................................................................</w:t>
            </w:r>
          </w:p>
          <w:p w14:paraId="51FF9290" w14:textId="77777777" w:rsidR="00B43FC9" w:rsidRPr="00CF56E6" w:rsidRDefault="00000000">
            <w:pPr>
              <w:spacing w:after="40"/>
              <w:rPr>
                <w:rFonts w:ascii="Arial" w:hAnsi="Arial" w:cs="Arial"/>
              </w:rPr>
            </w:pPr>
            <w:r w:rsidRPr="00CF56E6">
              <w:rPr>
                <w:rFonts w:ascii="Arial" w:hAnsi="Arial" w:cs="Arial"/>
                <w:color w:val="BEBEBE"/>
                <w:sz w:val="18"/>
              </w:rPr>
              <w:t>........................................................................................................................</w:t>
            </w:r>
          </w:p>
        </w:tc>
      </w:tr>
      <w:tr w:rsidR="00B43FC9" w:rsidRPr="00CF56E6" w14:paraId="2D53D888" w14:textId="77777777" w:rsidTr="00CF56E6">
        <w:trPr>
          <w:cantSplit/>
          <w:jc w:val="center"/>
        </w:trPr>
        <w:tc>
          <w:tcPr>
            <w:tcW w:w="9494" w:type="dxa"/>
            <w:shd w:val="clear" w:color="auto" w:fill="2F6B4F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3D77FEF" w14:textId="77777777" w:rsidR="00B43FC9" w:rsidRPr="00CF56E6" w:rsidRDefault="00000000">
            <w:pPr>
              <w:keepNext/>
              <w:spacing w:after="0"/>
              <w:rPr>
                <w:rFonts w:ascii="Arial" w:hAnsi="Arial" w:cs="Arial"/>
              </w:rPr>
            </w:pPr>
            <w:r w:rsidRPr="00CF56E6">
              <w:rPr>
                <w:rFonts w:ascii="Arial" w:hAnsi="Arial" w:cs="Arial"/>
                <w:b/>
                <w:color w:val="FFFFFF"/>
                <w:sz w:val="23"/>
              </w:rPr>
              <w:t>C.3. ANALISIS KRITIS DAN HUBUNGAN ANTARGAGASAN</w:t>
            </w:r>
          </w:p>
        </w:tc>
      </w:tr>
      <w:tr w:rsidR="00B43FC9" w:rsidRPr="003359C3" w14:paraId="052F8380" w14:textId="77777777" w:rsidTr="00CF56E6">
        <w:trPr>
          <w:cantSplit/>
          <w:jc w:val="center"/>
        </w:trPr>
        <w:tc>
          <w:tcPr>
            <w:tcW w:w="9494" w:type="dxa"/>
            <w:shd w:val="clear" w:color="auto" w:fill="DCEFD6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4A691AE" w14:textId="77777777" w:rsidR="00B43FC9" w:rsidRPr="00CF56E6" w:rsidRDefault="00000000">
            <w:pPr>
              <w:pStyle w:val="Instruction"/>
              <w:keepNext/>
              <w:spacing w:after="0"/>
              <w:rPr>
                <w:rFonts w:ascii="Arial" w:hAnsi="Arial" w:cs="Arial"/>
                <w:lang w:val="fi-FI"/>
              </w:rPr>
            </w:pPr>
            <w:r w:rsidRPr="00CF56E6">
              <w:rPr>
                <w:rFonts w:ascii="Arial" w:hAnsi="Arial" w:cs="Arial"/>
                <w:lang w:val="fi-FI"/>
              </w:rPr>
              <w:t>Bandingkan kondisi, pilihan, tantangan, atau konsekuensi yang relevan. Tunjukkan kemampuan melihat persoalan dari beberapa sisi sebelum menguatkan posisi akhir penulis.</w:t>
            </w:r>
          </w:p>
        </w:tc>
      </w:tr>
      <w:tr w:rsidR="00B43FC9" w:rsidRPr="00CF56E6" w14:paraId="01287435" w14:textId="77777777" w:rsidTr="00CF56E6">
        <w:trPr>
          <w:cantSplit/>
          <w:jc w:val="center"/>
        </w:trPr>
        <w:tc>
          <w:tcPr>
            <w:tcW w:w="9494" w:type="dxa"/>
            <w:tcBorders>
              <w:top w:val="single" w:sz="4" w:space="0" w:color="C7D3DD"/>
              <w:left w:val="single" w:sz="4" w:space="0" w:color="C7D3DD"/>
              <w:bottom w:val="single" w:sz="4" w:space="0" w:color="C7D3DD"/>
              <w:right w:val="single" w:sz="4" w:space="0" w:color="C7D3DD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AD47D53" w14:textId="3F009AB7" w:rsidR="00B43FC9" w:rsidRPr="00CF56E6" w:rsidRDefault="00000000">
            <w:pPr>
              <w:keepNext/>
              <w:spacing w:after="40"/>
              <w:rPr>
                <w:rFonts w:ascii="Arial" w:hAnsi="Arial" w:cs="Arial"/>
                <w:lang w:val="fi-FI"/>
              </w:rPr>
            </w:pPr>
            <w:r w:rsidRPr="00CF56E6">
              <w:rPr>
                <w:rFonts w:ascii="Arial" w:hAnsi="Arial" w:cs="Arial"/>
                <w:i/>
                <w:color w:val="828282"/>
                <w:sz w:val="20"/>
                <w:lang w:val="fi-FI"/>
              </w:rPr>
              <w:t xml:space="preserve">[Ketik isi pada bagian ini. </w:t>
            </w:r>
          </w:p>
          <w:p w14:paraId="14D898FF" w14:textId="77777777" w:rsidR="00B43FC9" w:rsidRPr="00CF56E6" w:rsidRDefault="00000000">
            <w:pPr>
              <w:spacing w:after="40"/>
              <w:rPr>
                <w:rFonts w:ascii="Arial" w:hAnsi="Arial" w:cs="Arial"/>
              </w:rPr>
            </w:pPr>
            <w:r w:rsidRPr="00CF56E6">
              <w:rPr>
                <w:rFonts w:ascii="Arial" w:hAnsi="Arial" w:cs="Arial"/>
                <w:color w:val="BEBEBE"/>
                <w:sz w:val="18"/>
              </w:rPr>
              <w:t>........................................................................................................................</w:t>
            </w:r>
          </w:p>
          <w:p w14:paraId="547218D2" w14:textId="77777777" w:rsidR="00B43FC9" w:rsidRPr="00CF56E6" w:rsidRDefault="00000000">
            <w:pPr>
              <w:spacing w:after="40"/>
              <w:rPr>
                <w:rFonts w:ascii="Arial" w:hAnsi="Arial" w:cs="Arial"/>
              </w:rPr>
            </w:pPr>
            <w:r w:rsidRPr="00CF56E6">
              <w:rPr>
                <w:rFonts w:ascii="Arial" w:hAnsi="Arial" w:cs="Arial"/>
                <w:color w:val="BEBEBE"/>
                <w:sz w:val="18"/>
              </w:rPr>
              <w:t>........................................................................................................................</w:t>
            </w:r>
          </w:p>
          <w:p w14:paraId="382F143F" w14:textId="77777777" w:rsidR="00B43FC9" w:rsidRPr="00CF56E6" w:rsidRDefault="00000000">
            <w:pPr>
              <w:spacing w:after="40"/>
              <w:rPr>
                <w:rFonts w:ascii="Arial" w:hAnsi="Arial" w:cs="Arial"/>
              </w:rPr>
            </w:pPr>
            <w:r w:rsidRPr="00CF56E6">
              <w:rPr>
                <w:rFonts w:ascii="Arial" w:hAnsi="Arial" w:cs="Arial"/>
                <w:color w:val="BEBEBE"/>
                <w:sz w:val="18"/>
              </w:rPr>
              <w:t>........................................................................................................................</w:t>
            </w:r>
          </w:p>
        </w:tc>
      </w:tr>
    </w:tbl>
    <w:p w14:paraId="07FEB507" w14:textId="77777777" w:rsidR="00B43FC9" w:rsidRPr="00CF56E6" w:rsidRDefault="00B43FC9">
      <w:pPr>
        <w:spacing w:after="40"/>
        <w:rPr>
          <w:rFonts w:ascii="Arial" w:hAnsi="Arial" w:cs="Arial"/>
        </w:rPr>
      </w:pPr>
    </w:p>
    <w:tbl>
      <w:tblPr>
        <w:tblW w:w="9488" w:type="dxa"/>
        <w:jc w:val="center"/>
        <w:tblLook w:val="04A0" w:firstRow="1" w:lastRow="0" w:firstColumn="1" w:lastColumn="0" w:noHBand="0" w:noVBand="1"/>
      </w:tblPr>
      <w:tblGrid>
        <w:gridCol w:w="9488"/>
      </w:tblGrid>
      <w:tr w:rsidR="00B43FC9" w:rsidRPr="00CF56E6" w14:paraId="574078F4" w14:textId="77777777" w:rsidTr="00CF56E6">
        <w:trPr>
          <w:cantSplit/>
          <w:jc w:val="center"/>
        </w:trPr>
        <w:tc>
          <w:tcPr>
            <w:tcW w:w="9488" w:type="dxa"/>
            <w:shd w:val="clear" w:color="auto" w:fill="1F4E79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173819E" w14:textId="77777777" w:rsidR="00B43FC9" w:rsidRPr="00CF56E6" w:rsidRDefault="00000000">
            <w:pPr>
              <w:keepNext/>
              <w:spacing w:after="0"/>
              <w:rPr>
                <w:rFonts w:ascii="Arial" w:hAnsi="Arial" w:cs="Arial"/>
              </w:rPr>
            </w:pPr>
            <w:r w:rsidRPr="00CF56E6">
              <w:rPr>
                <w:rFonts w:ascii="Arial" w:hAnsi="Arial" w:cs="Arial"/>
                <w:b/>
                <w:color w:val="FFFFFF"/>
                <w:sz w:val="23"/>
              </w:rPr>
              <w:t>D. GAGASAN ATAU REKOMENDASI</w:t>
            </w:r>
          </w:p>
        </w:tc>
      </w:tr>
      <w:tr w:rsidR="00B43FC9" w:rsidRPr="003359C3" w14:paraId="76F33899" w14:textId="77777777" w:rsidTr="00CF56E6">
        <w:trPr>
          <w:cantSplit/>
          <w:jc w:val="center"/>
        </w:trPr>
        <w:tc>
          <w:tcPr>
            <w:tcW w:w="9488" w:type="dxa"/>
            <w:shd w:val="clear" w:color="auto" w:fill="D9EA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F6D1609" w14:textId="77777777" w:rsidR="00B43FC9" w:rsidRPr="00CF56E6" w:rsidRDefault="00000000">
            <w:pPr>
              <w:pStyle w:val="Instruction"/>
              <w:keepNext/>
              <w:spacing w:after="0"/>
              <w:rPr>
                <w:rFonts w:ascii="Arial" w:hAnsi="Arial" w:cs="Arial"/>
                <w:lang w:val="fi-FI"/>
              </w:rPr>
            </w:pPr>
            <w:r w:rsidRPr="00CF56E6">
              <w:rPr>
                <w:rFonts w:ascii="Arial" w:hAnsi="Arial" w:cs="Arial"/>
                <w:lang w:val="fi-FI"/>
              </w:rPr>
              <w:t>Tawarkan solusi atau rekomendasi yang jelas, relevan, realistis, dan memiliki potensi penerapan. Jelaskan siapa yang dapat menjalankan gagasan tersebut, bagaimana penerapannya, serta manfaat yang dapat dihasilkan.</w:t>
            </w:r>
          </w:p>
        </w:tc>
      </w:tr>
      <w:tr w:rsidR="00B43FC9" w:rsidRPr="00CF56E6" w14:paraId="59AEA25D" w14:textId="77777777" w:rsidTr="00CF56E6">
        <w:trPr>
          <w:cantSplit/>
          <w:jc w:val="center"/>
        </w:trPr>
        <w:tc>
          <w:tcPr>
            <w:tcW w:w="9488" w:type="dxa"/>
            <w:tcBorders>
              <w:top w:val="single" w:sz="4" w:space="0" w:color="C7D3DD"/>
              <w:left w:val="single" w:sz="4" w:space="0" w:color="C7D3DD"/>
              <w:bottom w:val="single" w:sz="4" w:space="0" w:color="C7D3DD"/>
              <w:right w:val="single" w:sz="4" w:space="0" w:color="C7D3DD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BCF43E9" w14:textId="153C42BD" w:rsidR="00B43FC9" w:rsidRPr="00CF56E6" w:rsidRDefault="00000000">
            <w:pPr>
              <w:keepNext/>
              <w:spacing w:after="40"/>
              <w:rPr>
                <w:rFonts w:ascii="Arial" w:hAnsi="Arial" w:cs="Arial"/>
                <w:lang w:val="fi-FI"/>
              </w:rPr>
            </w:pPr>
            <w:r w:rsidRPr="00CF56E6">
              <w:rPr>
                <w:rFonts w:ascii="Arial" w:hAnsi="Arial" w:cs="Arial"/>
                <w:i/>
                <w:color w:val="828282"/>
                <w:sz w:val="20"/>
                <w:lang w:val="fi-FI"/>
              </w:rPr>
              <w:t xml:space="preserve">[Ketik isi pada bagian ini. </w:t>
            </w:r>
          </w:p>
          <w:p w14:paraId="096D2514" w14:textId="77777777" w:rsidR="00B43FC9" w:rsidRPr="00CF56E6" w:rsidRDefault="00000000">
            <w:pPr>
              <w:spacing w:after="40"/>
              <w:rPr>
                <w:rFonts w:ascii="Arial" w:hAnsi="Arial" w:cs="Arial"/>
              </w:rPr>
            </w:pPr>
            <w:r w:rsidRPr="00CF56E6">
              <w:rPr>
                <w:rFonts w:ascii="Arial" w:hAnsi="Arial" w:cs="Arial"/>
                <w:color w:val="BEBEBE"/>
                <w:sz w:val="18"/>
              </w:rPr>
              <w:t>........................................................................................................................</w:t>
            </w:r>
          </w:p>
          <w:p w14:paraId="3B34253E" w14:textId="77777777" w:rsidR="00B43FC9" w:rsidRPr="00CF56E6" w:rsidRDefault="00000000">
            <w:pPr>
              <w:spacing w:after="40"/>
              <w:rPr>
                <w:rFonts w:ascii="Arial" w:hAnsi="Arial" w:cs="Arial"/>
              </w:rPr>
            </w:pPr>
            <w:r w:rsidRPr="00CF56E6">
              <w:rPr>
                <w:rFonts w:ascii="Arial" w:hAnsi="Arial" w:cs="Arial"/>
                <w:color w:val="BEBEBE"/>
                <w:sz w:val="18"/>
              </w:rPr>
              <w:t>........................................................................................................................</w:t>
            </w:r>
          </w:p>
          <w:p w14:paraId="4E6A28DE" w14:textId="0B19EC09" w:rsidR="00B43FC9" w:rsidRPr="00CF56E6" w:rsidRDefault="00000000">
            <w:pPr>
              <w:spacing w:after="40"/>
              <w:rPr>
                <w:rFonts w:ascii="Arial" w:hAnsi="Arial" w:cs="Arial"/>
              </w:rPr>
            </w:pPr>
            <w:r w:rsidRPr="00CF56E6">
              <w:rPr>
                <w:rFonts w:ascii="Arial" w:hAnsi="Arial" w:cs="Arial"/>
                <w:color w:val="BEBEBE"/>
                <w:sz w:val="18"/>
              </w:rPr>
              <w:t>........................................................................................................................</w:t>
            </w:r>
          </w:p>
        </w:tc>
      </w:tr>
    </w:tbl>
    <w:p w14:paraId="1B97C233" w14:textId="77777777" w:rsidR="00B43FC9" w:rsidRPr="00CF56E6" w:rsidRDefault="00B43FC9">
      <w:pPr>
        <w:spacing w:after="40"/>
        <w:rPr>
          <w:rFonts w:ascii="Arial" w:hAnsi="Arial" w:cs="Arial"/>
        </w:rPr>
      </w:pPr>
    </w:p>
    <w:tbl>
      <w:tblPr>
        <w:tblW w:w="9494" w:type="dxa"/>
        <w:jc w:val="center"/>
        <w:tblLook w:val="04A0" w:firstRow="1" w:lastRow="0" w:firstColumn="1" w:lastColumn="0" w:noHBand="0" w:noVBand="1"/>
      </w:tblPr>
      <w:tblGrid>
        <w:gridCol w:w="9488"/>
        <w:gridCol w:w="6"/>
      </w:tblGrid>
      <w:tr w:rsidR="00B43FC9" w:rsidRPr="00CF56E6" w14:paraId="6849E8E3" w14:textId="77777777" w:rsidTr="00172B90">
        <w:trPr>
          <w:gridAfter w:val="1"/>
          <w:wAfter w:w="6" w:type="dxa"/>
          <w:cantSplit/>
          <w:jc w:val="center"/>
        </w:trPr>
        <w:tc>
          <w:tcPr>
            <w:tcW w:w="9488" w:type="dxa"/>
            <w:shd w:val="clear" w:color="auto" w:fill="1F4E79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801CE09" w14:textId="77777777" w:rsidR="00B43FC9" w:rsidRPr="00CF56E6" w:rsidRDefault="00000000">
            <w:pPr>
              <w:keepNext/>
              <w:spacing w:after="0"/>
              <w:rPr>
                <w:rFonts w:ascii="Arial" w:hAnsi="Arial" w:cs="Arial"/>
              </w:rPr>
            </w:pPr>
            <w:r w:rsidRPr="00CF56E6">
              <w:rPr>
                <w:rFonts w:ascii="Arial" w:hAnsi="Arial" w:cs="Arial"/>
                <w:b/>
                <w:color w:val="FFFFFF"/>
                <w:sz w:val="23"/>
              </w:rPr>
              <w:t>E. PENUTUP</w:t>
            </w:r>
          </w:p>
        </w:tc>
      </w:tr>
      <w:tr w:rsidR="00B43FC9" w:rsidRPr="003359C3" w14:paraId="7E4D82DF" w14:textId="77777777" w:rsidTr="00172B90">
        <w:trPr>
          <w:gridAfter w:val="1"/>
          <w:wAfter w:w="6" w:type="dxa"/>
          <w:cantSplit/>
          <w:jc w:val="center"/>
        </w:trPr>
        <w:tc>
          <w:tcPr>
            <w:tcW w:w="9488" w:type="dxa"/>
            <w:shd w:val="clear" w:color="auto" w:fill="D9EA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6784073" w14:textId="77777777" w:rsidR="00B43FC9" w:rsidRPr="00CF56E6" w:rsidRDefault="00000000">
            <w:pPr>
              <w:pStyle w:val="Instruction"/>
              <w:keepNext/>
              <w:spacing w:after="0"/>
              <w:rPr>
                <w:rFonts w:ascii="Arial" w:hAnsi="Arial" w:cs="Arial"/>
                <w:lang w:val="fi-FI"/>
              </w:rPr>
            </w:pPr>
            <w:r w:rsidRPr="00CF56E6">
              <w:rPr>
                <w:rFonts w:ascii="Arial" w:hAnsi="Arial" w:cs="Arial"/>
                <w:lang w:val="fi-FI"/>
              </w:rPr>
              <w:t>Rangkum inti argumentasi tanpa mengulang seluruh isi. Tegaskan kembali posisi penulis, nilai utama gagasan, dan pesan akhir yang ingin ditinggalkan kepada pembaca.</w:t>
            </w:r>
          </w:p>
        </w:tc>
      </w:tr>
      <w:tr w:rsidR="00B43FC9" w:rsidRPr="00CF56E6" w14:paraId="42BB8387" w14:textId="77777777" w:rsidTr="00172B90">
        <w:trPr>
          <w:gridAfter w:val="1"/>
          <w:wAfter w:w="6" w:type="dxa"/>
          <w:cantSplit/>
          <w:jc w:val="center"/>
        </w:trPr>
        <w:tc>
          <w:tcPr>
            <w:tcW w:w="9488" w:type="dxa"/>
            <w:tcBorders>
              <w:top w:val="single" w:sz="4" w:space="0" w:color="C7D3DD"/>
              <w:left w:val="single" w:sz="4" w:space="0" w:color="C7D3DD"/>
              <w:bottom w:val="single" w:sz="4" w:space="0" w:color="C7D3DD"/>
              <w:right w:val="single" w:sz="4" w:space="0" w:color="C7D3DD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EA29207" w14:textId="43D9017C" w:rsidR="00B43FC9" w:rsidRPr="00CF56E6" w:rsidRDefault="00000000">
            <w:pPr>
              <w:keepNext/>
              <w:spacing w:after="40"/>
              <w:rPr>
                <w:rFonts w:ascii="Arial" w:hAnsi="Arial" w:cs="Arial"/>
                <w:lang w:val="fi-FI"/>
              </w:rPr>
            </w:pPr>
            <w:r w:rsidRPr="00CF56E6">
              <w:rPr>
                <w:rFonts w:ascii="Arial" w:hAnsi="Arial" w:cs="Arial"/>
                <w:i/>
                <w:color w:val="828282"/>
                <w:sz w:val="20"/>
                <w:lang w:val="fi-FI"/>
              </w:rPr>
              <w:t xml:space="preserve">[Ketik isi pada bagian ini. </w:t>
            </w:r>
          </w:p>
          <w:p w14:paraId="3DC921D6" w14:textId="77777777" w:rsidR="00B43FC9" w:rsidRPr="00CF56E6" w:rsidRDefault="00000000">
            <w:pPr>
              <w:spacing w:after="40"/>
              <w:rPr>
                <w:rFonts w:ascii="Arial" w:hAnsi="Arial" w:cs="Arial"/>
              </w:rPr>
            </w:pPr>
            <w:r w:rsidRPr="00CF56E6">
              <w:rPr>
                <w:rFonts w:ascii="Arial" w:hAnsi="Arial" w:cs="Arial"/>
                <w:color w:val="BEBEBE"/>
                <w:sz w:val="18"/>
              </w:rPr>
              <w:t>........................................................................................................................</w:t>
            </w:r>
          </w:p>
          <w:p w14:paraId="6823DBFE" w14:textId="77777777" w:rsidR="00B43FC9" w:rsidRPr="00CF56E6" w:rsidRDefault="00000000">
            <w:pPr>
              <w:spacing w:after="40"/>
              <w:rPr>
                <w:rFonts w:ascii="Arial" w:hAnsi="Arial" w:cs="Arial"/>
              </w:rPr>
            </w:pPr>
            <w:r w:rsidRPr="00CF56E6">
              <w:rPr>
                <w:rFonts w:ascii="Arial" w:hAnsi="Arial" w:cs="Arial"/>
                <w:color w:val="BEBEBE"/>
                <w:sz w:val="18"/>
              </w:rPr>
              <w:t>........................................................................................................................</w:t>
            </w:r>
          </w:p>
        </w:tc>
      </w:tr>
      <w:tr w:rsidR="00B43FC9" w:rsidRPr="00CF56E6" w14:paraId="13CBCD5B" w14:textId="77777777" w:rsidTr="00172B90">
        <w:trPr>
          <w:cantSplit/>
          <w:jc w:val="center"/>
        </w:trPr>
        <w:tc>
          <w:tcPr>
            <w:tcW w:w="9494" w:type="dxa"/>
            <w:gridSpan w:val="2"/>
            <w:shd w:val="clear" w:color="auto" w:fill="1F4E79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14F8C71" w14:textId="77777777" w:rsidR="00B43FC9" w:rsidRPr="00CF56E6" w:rsidRDefault="00000000">
            <w:pPr>
              <w:keepNext/>
              <w:spacing w:after="0"/>
              <w:rPr>
                <w:rFonts w:ascii="Arial" w:hAnsi="Arial" w:cs="Arial"/>
              </w:rPr>
            </w:pPr>
            <w:r w:rsidRPr="00CF56E6">
              <w:rPr>
                <w:rFonts w:ascii="Arial" w:hAnsi="Arial" w:cs="Arial"/>
                <w:b/>
                <w:color w:val="FFFFFF"/>
                <w:sz w:val="23"/>
              </w:rPr>
              <w:t>F. DAFTAR PUSTAKA</w:t>
            </w:r>
          </w:p>
        </w:tc>
      </w:tr>
      <w:tr w:rsidR="00B43FC9" w:rsidRPr="00CF56E6" w14:paraId="501B94B8" w14:textId="77777777" w:rsidTr="00172B90">
        <w:trPr>
          <w:cantSplit/>
          <w:jc w:val="center"/>
        </w:trPr>
        <w:tc>
          <w:tcPr>
            <w:tcW w:w="9494" w:type="dxa"/>
            <w:gridSpan w:val="2"/>
            <w:shd w:val="clear" w:color="auto" w:fill="D9EA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C91CABE" w14:textId="77777777" w:rsidR="00B43FC9" w:rsidRPr="00CF56E6" w:rsidRDefault="00000000">
            <w:pPr>
              <w:pStyle w:val="Instruction"/>
              <w:keepNext/>
              <w:spacing w:after="0"/>
              <w:rPr>
                <w:rFonts w:ascii="Arial" w:hAnsi="Arial" w:cs="Arial"/>
              </w:rPr>
            </w:pPr>
            <w:r w:rsidRPr="00CF56E6">
              <w:rPr>
                <w:rFonts w:ascii="Arial" w:hAnsi="Arial" w:cs="Arial"/>
              </w:rPr>
              <w:t xml:space="preserve">Cantumkan sumber yang benar-benar disitasi dalam esai. </w:t>
            </w:r>
            <w:r w:rsidRPr="00CF56E6">
              <w:rPr>
                <w:rFonts w:ascii="Arial" w:hAnsi="Arial" w:cs="Arial"/>
                <w:lang w:val="fi-FI"/>
              </w:rPr>
              <w:t xml:space="preserve">Gunakan APA edisi ke-7 secara konsisten. </w:t>
            </w:r>
            <w:r w:rsidRPr="00CF56E6">
              <w:rPr>
                <w:rFonts w:ascii="Arial" w:hAnsi="Arial" w:cs="Arial"/>
              </w:rPr>
              <w:t xml:space="preserve">Daftar </w:t>
            </w:r>
            <w:proofErr w:type="spellStart"/>
            <w:r w:rsidRPr="00CF56E6">
              <w:rPr>
                <w:rFonts w:ascii="Arial" w:hAnsi="Arial" w:cs="Arial"/>
              </w:rPr>
              <w:t>pustaka</w:t>
            </w:r>
            <w:proofErr w:type="spellEnd"/>
            <w:r w:rsidRPr="00CF56E6">
              <w:rPr>
                <w:rFonts w:ascii="Arial" w:hAnsi="Arial" w:cs="Arial"/>
              </w:rPr>
              <w:t xml:space="preserve"> </w:t>
            </w:r>
            <w:proofErr w:type="spellStart"/>
            <w:r w:rsidRPr="00CF56E6">
              <w:rPr>
                <w:rFonts w:ascii="Arial" w:hAnsi="Arial" w:cs="Arial"/>
              </w:rPr>
              <w:t>tidak</w:t>
            </w:r>
            <w:proofErr w:type="spellEnd"/>
            <w:r w:rsidRPr="00CF56E6">
              <w:rPr>
                <w:rFonts w:ascii="Arial" w:hAnsi="Arial" w:cs="Arial"/>
              </w:rPr>
              <w:t xml:space="preserve"> </w:t>
            </w:r>
            <w:proofErr w:type="spellStart"/>
            <w:r w:rsidRPr="00CF56E6">
              <w:rPr>
                <w:rFonts w:ascii="Arial" w:hAnsi="Arial" w:cs="Arial"/>
              </w:rPr>
              <w:t>dihitung</w:t>
            </w:r>
            <w:proofErr w:type="spellEnd"/>
            <w:r w:rsidRPr="00CF56E6">
              <w:rPr>
                <w:rFonts w:ascii="Arial" w:hAnsi="Arial" w:cs="Arial"/>
              </w:rPr>
              <w:t xml:space="preserve"> </w:t>
            </w:r>
            <w:proofErr w:type="spellStart"/>
            <w:r w:rsidRPr="00CF56E6">
              <w:rPr>
                <w:rFonts w:ascii="Arial" w:hAnsi="Arial" w:cs="Arial"/>
              </w:rPr>
              <w:t>dalam</w:t>
            </w:r>
            <w:proofErr w:type="spellEnd"/>
            <w:r w:rsidRPr="00CF56E6">
              <w:rPr>
                <w:rFonts w:ascii="Arial" w:hAnsi="Arial" w:cs="Arial"/>
              </w:rPr>
              <w:t xml:space="preserve"> batas 2.500-3.000 kata.</w:t>
            </w:r>
          </w:p>
        </w:tc>
      </w:tr>
      <w:tr w:rsidR="00B43FC9" w:rsidRPr="00CF56E6" w14:paraId="17AC92E4" w14:textId="77777777" w:rsidTr="00172B90">
        <w:trPr>
          <w:cantSplit/>
          <w:jc w:val="center"/>
        </w:trPr>
        <w:tc>
          <w:tcPr>
            <w:tcW w:w="9494" w:type="dxa"/>
            <w:gridSpan w:val="2"/>
            <w:tcBorders>
              <w:top w:val="single" w:sz="4" w:space="0" w:color="C7D3DD"/>
              <w:left w:val="single" w:sz="4" w:space="0" w:color="C7D3DD"/>
              <w:bottom w:val="single" w:sz="4" w:space="0" w:color="C7D3DD"/>
              <w:right w:val="single" w:sz="4" w:space="0" w:color="C7D3DD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D252B70" w14:textId="771ACE0E" w:rsidR="00B43FC9" w:rsidRPr="00CF56E6" w:rsidRDefault="00000000">
            <w:pPr>
              <w:keepNext/>
              <w:spacing w:after="40"/>
              <w:rPr>
                <w:rFonts w:ascii="Arial" w:hAnsi="Arial" w:cs="Arial"/>
                <w:lang w:val="fi-FI"/>
              </w:rPr>
            </w:pPr>
            <w:r w:rsidRPr="00CF56E6">
              <w:rPr>
                <w:rFonts w:ascii="Arial" w:hAnsi="Arial" w:cs="Arial"/>
                <w:i/>
                <w:color w:val="828282"/>
                <w:sz w:val="20"/>
                <w:lang w:val="fi-FI"/>
              </w:rPr>
              <w:t xml:space="preserve">[Ketik isi pada bagian ini. </w:t>
            </w:r>
          </w:p>
          <w:p w14:paraId="2600444D" w14:textId="77777777" w:rsidR="00B43FC9" w:rsidRPr="00CF56E6" w:rsidRDefault="00000000">
            <w:pPr>
              <w:spacing w:after="40"/>
              <w:rPr>
                <w:rFonts w:ascii="Arial" w:hAnsi="Arial" w:cs="Arial"/>
              </w:rPr>
            </w:pPr>
            <w:r w:rsidRPr="00CF56E6">
              <w:rPr>
                <w:rFonts w:ascii="Arial" w:hAnsi="Arial" w:cs="Arial"/>
                <w:color w:val="BEBEBE"/>
                <w:sz w:val="18"/>
              </w:rPr>
              <w:t>........................................................................................................................</w:t>
            </w:r>
          </w:p>
          <w:p w14:paraId="734904ED" w14:textId="77777777" w:rsidR="00B43FC9" w:rsidRPr="00CF56E6" w:rsidRDefault="00000000">
            <w:pPr>
              <w:spacing w:after="40"/>
              <w:rPr>
                <w:rFonts w:ascii="Arial" w:hAnsi="Arial" w:cs="Arial"/>
              </w:rPr>
            </w:pPr>
            <w:r w:rsidRPr="00CF56E6">
              <w:rPr>
                <w:rFonts w:ascii="Arial" w:hAnsi="Arial" w:cs="Arial"/>
                <w:color w:val="BEBEBE"/>
                <w:sz w:val="18"/>
              </w:rPr>
              <w:t>........................................................................................................................</w:t>
            </w:r>
          </w:p>
          <w:p w14:paraId="534EF8D3" w14:textId="77777777" w:rsidR="00B43FC9" w:rsidRPr="00CF56E6" w:rsidRDefault="00000000">
            <w:pPr>
              <w:spacing w:after="40"/>
              <w:rPr>
                <w:rFonts w:ascii="Arial" w:hAnsi="Arial" w:cs="Arial"/>
              </w:rPr>
            </w:pPr>
            <w:r w:rsidRPr="00CF56E6">
              <w:rPr>
                <w:rFonts w:ascii="Arial" w:hAnsi="Arial" w:cs="Arial"/>
                <w:color w:val="BEBEBE"/>
                <w:sz w:val="18"/>
              </w:rPr>
              <w:t>........................................................................................................................</w:t>
            </w:r>
          </w:p>
        </w:tc>
      </w:tr>
    </w:tbl>
    <w:p w14:paraId="5AA48748" w14:textId="77777777" w:rsidR="00F02864" w:rsidRDefault="00F02864" w:rsidP="00CF56E6">
      <w:pPr>
        <w:spacing w:after="40"/>
        <w:rPr>
          <w:rFonts w:ascii="Arial" w:hAnsi="Arial" w:cs="Arial"/>
        </w:rPr>
      </w:pPr>
    </w:p>
    <w:tbl>
      <w:tblPr>
        <w:tblW w:w="9494" w:type="dxa"/>
        <w:jc w:val="center"/>
        <w:tblLook w:val="04A0" w:firstRow="1" w:lastRow="0" w:firstColumn="1" w:lastColumn="0" w:noHBand="0" w:noVBand="1"/>
      </w:tblPr>
      <w:tblGrid>
        <w:gridCol w:w="9494"/>
      </w:tblGrid>
      <w:tr w:rsidR="003359C3" w:rsidRPr="00CF56E6" w14:paraId="7B5ED94B" w14:textId="77777777" w:rsidTr="00765CB9">
        <w:trPr>
          <w:cantSplit/>
          <w:jc w:val="center"/>
        </w:trPr>
        <w:tc>
          <w:tcPr>
            <w:tcW w:w="9494" w:type="dxa"/>
            <w:shd w:val="clear" w:color="auto" w:fill="1F4E79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1447C3C" w14:textId="7702C465" w:rsidR="003359C3" w:rsidRPr="00CF56E6" w:rsidRDefault="003359C3" w:rsidP="00765CB9">
            <w:pPr>
              <w:keepNext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  <w:sz w:val="23"/>
              </w:rPr>
              <w:lastRenderedPageBreak/>
              <w:t>LAMPIRAN</w:t>
            </w:r>
          </w:p>
        </w:tc>
      </w:tr>
      <w:tr w:rsidR="003359C3" w:rsidRPr="00CF56E6" w14:paraId="550C89F1" w14:textId="77777777" w:rsidTr="00765CB9">
        <w:trPr>
          <w:cantSplit/>
          <w:jc w:val="center"/>
        </w:trPr>
        <w:tc>
          <w:tcPr>
            <w:tcW w:w="9494" w:type="dxa"/>
            <w:shd w:val="clear" w:color="auto" w:fill="D9EA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0C307BD" w14:textId="3F4FBF85" w:rsidR="003359C3" w:rsidRPr="00CF56E6" w:rsidRDefault="003359C3" w:rsidP="00765CB9">
            <w:pPr>
              <w:pStyle w:val="Instruction"/>
              <w:keepNext/>
              <w:spacing w:after="0"/>
              <w:rPr>
                <w:rFonts w:ascii="Arial" w:hAnsi="Arial" w:cs="Arial"/>
              </w:rPr>
            </w:pPr>
          </w:p>
        </w:tc>
      </w:tr>
    </w:tbl>
    <w:p w14:paraId="754A5FA7" w14:textId="77777777" w:rsidR="003359C3" w:rsidRPr="00CF56E6" w:rsidRDefault="003359C3" w:rsidP="00CF56E6">
      <w:pPr>
        <w:spacing w:after="40"/>
        <w:rPr>
          <w:rFonts w:ascii="Arial" w:hAnsi="Arial" w:cs="Arial"/>
        </w:rPr>
      </w:pPr>
    </w:p>
    <w:sectPr w:rsidR="003359C3" w:rsidRPr="00CF56E6" w:rsidSect="00034616">
      <w:headerReference w:type="default" r:id="rId8"/>
      <w:footerReference w:type="default" r:id="rId9"/>
      <w:pgSz w:w="11906" w:h="16838"/>
      <w:pgMar w:top="1701" w:right="1701" w:bottom="1701" w:left="2268" w:header="51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03FB0" w14:textId="77777777" w:rsidR="008A27FF" w:rsidRDefault="008A27FF">
      <w:pPr>
        <w:spacing w:after="0" w:line="240" w:lineRule="auto"/>
      </w:pPr>
      <w:r>
        <w:separator/>
      </w:r>
    </w:p>
  </w:endnote>
  <w:endnote w:type="continuationSeparator" w:id="0">
    <w:p w14:paraId="49EE42FA" w14:textId="77777777" w:rsidR="008A27FF" w:rsidRDefault="008A2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5CC1C" w14:textId="77777777" w:rsidR="00B43FC9" w:rsidRDefault="00B43FC9">
    <w:pPr>
      <w:pStyle w:val="Footer"/>
    </w:pPr>
  </w:p>
  <w:tbl>
    <w:tblPr>
      <w:tblW w:w="8200" w:type="dxa"/>
      <w:jc w:val="center"/>
      <w:tblLook w:val="04A0" w:firstRow="1" w:lastRow="0" w:firstColumn="1" w:lastColumn="0" w:noHBand="0" w:noVBand="1"/>
    </w:tblPr>
    <w:tblGrid>
      <w:gridCol w:w="8200"/>
    </w:tblGrid>
    <w:tr w:rsidR="00B43FC9" w14:paraId="6D9B22A2" w14:textId="77777777">
      <w:trPr>
        <w:jc w:val="center"/>
      </w:trPr>
      <w:tc>
        <w:tcPr>
          <w:tcW w:w="7937" w:type="dxa"/>
          <w:shd w:val="clear" w:color="auto" w:fill="1F4E79"/>
          <w:tcMar>
            <w:top w:w="55" w:type="dxa"/>
            <w:left w:w="120" w:type="dxa"/>
            <w:bottom w:w="55" w:type="dxa"/>
            <w:right w:w="120" w:type="dxa"/>
          </w:tcMar>
        </w:tcPr>
        <w:p w14:paraId="5BD3F642" w14:textId="77777777" w:rsidR="00B43FC9" w:rsidRDefault="00000000">
          <w:pPr>
            <w:spacing w:after="0"/>
            <w:jc w:val="left"/>
          </w:pPr>
          <w:r>
            <w:rPr>
              <w:b/>
              <w:color w:val="FFFFFF"/>
              <w:sz w:val="17"/>
            </w:rPr>
            <w:t xml:space="preserve">INSTA PRESISI </w:t>
          </w:r>
          <w:proofErr w:type="gramStart"/>
          <w:r>
            <w:rPr>
              <w:b/>
              <w:color w:val="FFFFFF"/>
              <w:sz w:val="17"/>
            </w:rPr>
            <w:t>2026  |</w:t>
          </w:r>
          <w:proofErr w:type="gramEnd"/>
          <w:r>
            <w:rPr>
              <w:b/>
              <w:color w:val="FFFFFF"/>
              <w:sz w:val="17"/>
            </w:rPr>
            <w:t xml:space="preserve">  Template Esai SMA/SMK</w:t>
          </w:r>
        </w:p>
      </w:tc>
    </w:tr>
  </w:tbl>
  <w:p w14:paraId="738C86D3" w14:textId="77777777" w:rsidR="00B43FC9" w:rsidRDefault="00000000">
    <w:pPr>
      <w:spacing w:after="0"/>
      <w:jc w:val="right"/>
    </w:pPr>
    <w:r>
      <w:rPr>
        <w:sz w:val="18"/>
      </w:rPr>
      <w:t xml:space="preserve">Halaman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 w:rsidR="00CF56E6"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36C74" w14:textId="77777777" w:rsidR="008A27FF" w:rsidRDefault="008A27FF">
      <w:pPr>
        <w:spacing w:after="0" w:line="240" w:lineRule="auto"/>
      </w:pPr>
      <w:r>
        <w:separator/>
      </w:r>
    </w:p>
  </w:footnote>
  <w:footnote w:type="continuationSeparator" w:id="0">
    <w:p w14:paraId="54BBB001" w14:textId="77777777" w:rsidR="008A27FF" w:rsidRDefault="008A27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F9FA3" w14:textId="77777777" w:rsidR="00B43FC9" w:rsidRPr="00CF56E6" w:rsidRDefault="00000000">
    <w:pPr>
      <w:pStyle w:val="Header"/>
      <w:pBdr>
        <w:bottom w:val="single" w:sz="10" w:space="1" w:color="F2C94C"/>
      </w:pBdr>
      <w:spacing w:after="20"/>
      <w:jc w:val="left"/>
      <w:rPr>
        <w:lang w:val="fi-FI"/>
      </w:rPr>
    </w:pPr>
    <w:r w:rsidRPr="00CF56E6">
      <w:rPr>
        <w:b/>
        <w:color w:val="1F4E79"/>
        <w:sz w:val="18"/>
        <w:lang w:val="fi-FI"/>
      </w:rPr>
      <w:t>PUSAT STUDI INSTA PRESISI  •  POLITEKNIK NEGERI TANAH LAUT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0785126">
    <w:abstractNumId w:val="8"/>
  </w:num>
  <w:num w:numId="2" w16cid:durableId="317612331">
    <w:abstractNumId w:val="6"/>
  </w:num>
  <w:num w:numId="3" w16cid:durableId="1284457822">
    <w:abstractNumId w:val="5"/>
  </w:num>
  <w:num w:numId="4" w16cid:durableId="1507787149">
    <w:abstractNumId w:val="4"/>
  </w:num>
  <w:num w:numId="5" w16cid:durableId="1590502430">
    <w:abstractNumId w:val="7"/>
  </w:num>
  <w:num w:numId="6" w16cid:durableId="183205117">
    <w:abstractNumId w:val="3"/>
  </w:num>
  <w:num w:numId="7" w16cid:durableId="754935727">
    <w:abstractNumId w:val="2"/>
  </w:num>
  <w:num w:numId="8" w16cid:durableId="714230661">
    <w:abstractNumId w:val="1"/>
  </w:num>
  <w:num w:numId="9" w16cid:durableId="1591356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2B90"/>
    <w:rsid w:val="0029639D"/>
    <w:rsid w:val="00326F90"/>
    <w:rsid w:val="003359C3"/>
    <w:rsid w:val="0033625D"/>
    <w:rsid w:val="004624ED"/>
    <w:rsid w:val="008A27FF"/>
    <w:rsid w:val="008B1030"/>
    <w:rsid w:val="00AA1D8D"/>
    <w:rsid w:val="00B43FC9"/>
    <w:rsid w:val="00B47730"/>
    <w:rsid w:val="00C61ECA"/>
    <w:rsid w:val="00CB0664"/>
    <w:rsid w:val="00CF56E6"/>
    <w:rsid w:val="00F028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9652A0"/>
  <w14:defaultImageDpi w14:val="300"/>
  <w15:docId w15:val="{30E1606D-FFFA-4E88-A8AC-EBAE5A724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  <w:jc w:val="both"/>
    </w:pPr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ction">
    <w:name w:val="Instruction"/>
    <w:pPr>
      <w:spacing w:after="40" w:line="252" w:lineRule="auto"/>
    </w:pPr>
    <w:rPr>
      <w:rFonts w:ascii="Times New Roman" w:eastAsia="Times New Roman" w:hAnsi="Times New Roman"/>
      <w:i/>
      <w:color w:val="464646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761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Kurniawan Shidik</cp:lastModifiedBy>
  <cp:revision>3</cp:revision>
  <dcterms:created xsi:type="dcterms:W3CDTF">2026-09-05T11:47:00Z</dcterms:created>
  <dcterms:modified xsi:type="dcterms:W3CDTF">2026-09-07T02:16:00Z</dcterms:modified>
  <cp:category/>
</cp:coreProperties>
</file>