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A1C5" w14:textId="4575A014" w:rsidR="00847120" w:rsidRPr="00FC188D" w:rsidRDefault="00FC188D" w:rsidP="00FC188D">
      <w:pPr>
        <w:spacing w:after="40" w:line="240" w:lineRule="auto"/>
        <w:jc w:val="center"/>
        <w:rPr>
          <w:rFonts w:ascii="Arial" w:hAnsi="Arial" w:cs="Arial"/>
          <w:b/>
          <w:bCs/>
        </w:rPr>
      </w:pPr>
      <w:r w:rsidRPr="00FC188D">
        <w:rPr>
          <w:rFonts w:ascii="Arial" w:hAnsi="Arial" w:cs="Arial"/>
          <w:b/>
          <w:bCs/>
        </w:rPr>
        <w:t>LAMPIRAN NASKAH LKTI</w:t>
      </w:r>
    </w:p>
    <w:tbl>
      <w:tblPr>
        <w:tblW w:w="9346" w:type="dxa"/>
        <w:jc w:val="center"/>
        <w:tblLook w:val="04A0" w:firstRow="1" w:lastRow="0" w:firstColumn="1" w:lastColumn="0" w:noHBand="0" w:noVBand="1"/>
      </w:tblPr>
      <w:tblGrid>
        <w:gridCol w:w="9346"/>
      </w:tblGrid>
      <w:tr w:rsidR="00847120" w:rsidRPr="00FC188D" w14:paraId="3356F302" w14:textId="77777777" w:rsidTr="00FC188D">
        <w:trPr>
          <w:cantSplit/>
          <w:jc w:val="center"/>
        </w:trPr>
        <w:tc>
          <w:tcPr>
            <w:tcW w:w="9346" w:type="dxa"/>
            <w:shd w:val="clear" w:color="auto" w:fill="1F4E79"/>
            <w:tcMar>
              <w:top w:w="70" w:type="dxa"/>
              <w:left w:w="110" w:type="dxa"/>
              <w:bottom w:w="70" w:type="dxa"/>
              <w:right w:w="110" w:type="dxa"/>
            </w:tcMar>
          </w:tcPr>
          <w:p w14:paraId="4200CA20" w14:textId="77777777" w:rsidR="00847120" w:rsidRPr="00FC188D" w:rsidRDefault="00000000">
            <w:pPr>
              <w:keepNext/>
              <w:spacing w:after="0"/>
              <w:rPr>
                <w:rFonts w:ascii="Arial" w:hAnsi="Arial" w:cs="Arial"/>
              </w:rPr>
            </w:pPr>
            <w:r w:rsidRPr="00FC188D">
              <w:rPr>
                <w:rFonts w:ascii="Arial" w:hAnsi="Arial" w:cs="Arial"/>
                <w:b/>
                <w:color w:val="FFFFFF"/>
                <w:sz w:val="23"/>
              </w:rPr>
              <w:t>A. JUDUL</w:t>
            </w:r>
          </w:p>
        </w:tc>
      </w:tr>
      <w:tr w:rsidR="00847120" w:rsidRPr="00FC188D" w14:paraId="315E5828" w14:textId="77777777" w:rsidTr="00FC188D">
        <w:trPr>
          <w:cantSplit/>
          <w:jc w:val="center"/>
        </w:trPr>
        <w:tc>
          <w:tcPr>
            <w:tcW w:w="9346" w:type="dxa"/>
            <w:shd w:val="clear" w:color="auto" w:fill="D9EAF7"/>
            <w:tcMar>
              <w:top w:w="80" w:type="dxa"/>
              <w:left w:w="110" w:type="dxa"/>
              <w:bottom w:w="80" w:type="dxa"/>
              <w:right w:w="110" w:type="dxa"/>
            </w:tcMar>
          </w:tcPr>
          <w:p w14:paraId="29B57536" w14:textId="77777777" w:rsidR="00847120" w:rsidRPr="00FC188D" w:rsidRDefault="00000000">
            <w:pPr>
              <w:pStyle w:val="Instruction"/>
              <w:keepNext/>
              <w:spacing w:after="0"/>
              <w:rPr>
                <w:rFonts w:ascii="Arial" w:hAnsi="Arial" w:cs="Arial"/>
              </w:rPr>
            </w:pPr>
            <w:r w:rsidRPr="00FC188D">
              <w:rPr>
                <w:rFonts w:ascii="Arial" w:hAnsi="Arial" w:cs="Arial"/>
                <w:lang w:val="fi-FI"/>
              </w:rPr>
              <w:t xml:space="preserve">Tuliskan judul yang spesifik dan jelas. Judul perlu mencerminkan masalah utama, pendekatan atau inovasi, serta konteks karya. </w:t>
            </w:r>
            <w:proofErr w:type="spellStart"/>
            <w:r w:rsidRPr="00FC188D">
              <w:rPr>
                <w:rFonts w:ascii="Arial" w:hAnsi="Arial" w:cs="Arial"/>
              </w:rPr>
              <w:t>Pedoman</w:t>
            </w:r>
            <w:proofErr w:type="spellEnd"/>
            <w:r w:rsidRPr="00FC188D">
              <w:rPr>
                <w:rFonts w:ascii="Arial" w:hAnsi="Arial" w:cs="Arial"/>
              </w:rPr>
              <w:t xml:space="preserve"> </w:t>
            </w:r>
            <w:proofErr w:type="spellStart"/>
            <w:r w:rsidRPr="00FC188D">
              <w:rPr>
                <w:rFonts w:ascii="Arial" w:hAnsi="Arial" w:cs="Arial"/>
              </w:rPr>
              <w:t>tidak</w:t>
            </w:r>
            <w:proofErr w:type="spellEnd"/>
            <w:r w:rsidRPr="00FC188D">
              <w:rPr>
                <w:rFonts w:ascii="Arial" w:hAnsi="Arial" w:cs="Arial"/>
              </w:rPr>
              <w:t xml:space="preserve"> </w:t>
            </w:r>
            <w:proofErr w:type="spellStart"/>
            <w:r w:rsidRPr="00FC188D">
              <w:rPr>
                <w:rFonts w:ascii="Arial" w:hAnsi="Arial" w:cs="Arial"/>
              </w:rPr>
              <w:t>menetapkan</w:t>
            </w:r>
            <w:proofErr w:type="spellEnd"/>
            <w:r w:rsidRPr="00FC188D">
              <w:rPr>
                <w:rFonts w:ascii="Arial" w:hAnsi="Arial" w:cs="Arial"/>
              </w:rPr>
              <w:t xml:space="preserve"> batas jumlah kata untuk judul.</w:t>
            </w:r>
          </w:p>
        </w:tc>
      </w:tr>
      <w:tr w:rsidR="00847120" w:rsidRPr="00FC188D" w14:paraId="633DE8B6" w14:textId="77777777" w:rsidTr="00FC188D">
        <w:trPr>
          <w:cantSplit/>
          <w:jc w:val="center"/>
        </w:trPr>
        <w:tc>
          <w:tcPr>
            <w:tcW w:w="9346"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0B68D193"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4F3C9C1D" w14:textId="77777777" w:rsidR="00847120" w:rsidRPr="00FC188D" w:rsidRDefault="00000000">
            <w:pPr>
              <w:spacing w:after="40"/>
              <w:rPr>
                <w:rFonts w:ascii="Arial" w:hAnsi="Arial" w:cs="Arial"/>
              </w:rPr>
            </w:pPr>
            <w:r w:rsidRPr="00FC188D">
              <w:rPr>
                <w:rFonts w:ascii="Arial" w:hAnsi="Arial" w:cs="Arial"/>
                <w:color w:val="BEBEBE"/>
                <w:sz w:val="18"/>
              </w:rPr>
              <w:t>........................................................................................................................</w:t>
            </w:r>
          </w:p>
        </w:tc>
      </w:tr>
    </w:tbl>
    <w:p w14:paraId="591588B3" w14:textId="77777777" w:rsidR="00847120" w:rsidRPr="00FC188D" w:rsidRDefault="00847120">
      <w:pPr>
        <w:spacing w:after="40"/>
        <w:rPr>
          <w:rFonts w:ascii="Arial" w:hAnsi="Arial" w:cs="Arial"/>
        </w:rPr>
      </w:pPr>
    </w:p>
    <w:tbl>
      <w:tblPr>
        <w:tblW w:w="9346" w:type="dxa"/>
        <w:jc w:val="center"/>
        <w:tblLook w:val="04A0" w:firstRow="1" w:lastRow="0" w:firstColumn="1" w:lastColumn="0" w:noHBand="0" w:noVBand="1"/>
      </w:tblPr>
      <w:tblGrid>
        <w:gridCol w:w="9346"/>
      </w:tblGrid>
      <w:tr w:rsidR="00847120" w:rsidRPr="00FC188D" w14:paraId="2C60CF75" w14:textId="77777777" w:rsidTr="00FC188D">
        <w:trPr>
          <w:cantSplit/>
          <w:jc w:val="center"/>
        </w:trPr>
        <w:tc>
          <w:tcPr>
            <w:tcW w:w="9346" w:type="dxa"/>
            <w:shd w:val="clear" w:color="auto" w:fill="1F4E79"/>
            <w:tcMar>
              <w:top w:w="70" w:type="dxa"/>
              <w:left w:w="110" w:type="dxa"/>
              <w:bottom w:w="70" w:type="dxa"/>
              <w:right w:w="110" w:type="dxa"/>
            </w:tcMar>
          </w:tcPr>
          <w:p w14:paraId="2A2A1B29" w14:textId="77777777" w:rsidR="00847120" w:rsidRPr="00FC188D" w:rsidRDefault="00000000">
            <w:pPr>
              <w:keepNext/>
              <w:spacing w:after="0"/>
              <w:rPr>
                <w:rFonts w:ascii="Arial" w:hAnsi="Arial" w:cs="Arial"/>
              </w:rPr>
            </w:pPr>
            <w:r w:rsidRPr="00FC188D">
              <w:rPr>
                <w:rFonts w:ascii="Arial" w:hAnsi="Arial" w:cs="Arial"/>
                <w:b/>
                <w:color w:val="FFFFFF"/>
                <w:sz w:val="23"/>
              </w:rPr>
              <w:t>B. ABSTRAK</w:t>
            </w:r>
          </w:p>
        </w:tc>
      </w:tr>
      <w:tr w:rsidR="00847120" w:rsidRPr="00FC188D" w14:paraId="395164F8" w14:textId="77777777" w:rsidTr="00FC188D">
        <w:trPr>
          <w:cantSplit/>
          <w:jc w:val="center"/>
        </w:trPr>
        <w:tc>
          <w:tcPr>
            <w:tcW w:w="9346" w:type="dxa"/>
            <w:shd w:val="clear" w:color="auto" w:fill="D9EAF7"/>
            <w:tcMar>
              <w:top w:w="80" w:type="dxa"/>
              <w:left w:w="110" w:type="dxa"/>
              <w:bottom w:w="80" w:type="dxa"/>
              <w:right w:w="110" w:type="dxa"/>
            </w:tcMar>
          </w:tcPr>
          <w:p w14:paraId="190393FF" w14:textId="77777777" w:rsidR="00847120" w:rsidRPr="00FC188D" w:rsidRDefault="00000000">
            <w:pPr>
              <w:pStyle w:val="Instruction"/>
              <w:keepNext/>
              <w:spacing w:after="0"/>
              <w:rPr>
                <w:rFonts w:ascii="Arial" w:hAnsi="Arial" w:cs="Arial"/>
              </w:rPr>
            </w:pPr>
            <w:r w:rsidRPr="00FC188D">
              <w:rPr>
                <w:rFonts w:ascii="Arial" w:hAnsi="Arial" w:cs="Arial"/>
                <w:lang w:val="fi-FI"/>
              </w:rPr>
              <w:t xml:space="preserve">Tulis abstrak 200-250 kata. Ringkas latar belakang/urgensi, tujuan, metode atau pendekatan, hasil atau inti inovasi, serta dampak utama. </w:t>
            </w:r>
            <w:proofErr w:type="spellStart"/>
            <w:r w:rsidRPr="00FC188D">
              <w:rPr>
                <w:rFonts w:ascii="Arial" w:hAnsi="Arial" w:cs="Arial"/>
              </w:rPr>
              <w:t>Hindari</w:t>
            </w:r>
            <w:proofErr w:type="spellEnd"/>
            <w:r w:rsidRPr="00FC188D">
              <w:rPr>
                <w:rFonts w:ascii="Arial" w:hAnsi="Arial" w:cs="Arial"/>
              </w:rPr>
              <w:t xml:space="preserve"> </w:t>
            </w:r>
            <w:proofErr w:type="spellStart"/>
            <w:r w:rsidRPr="00FC188D">
              <w:rPr>
                <w:rFonts w:ascii="Arial" w:hAnsi="Arial" w:cs="Arial"/>
              </w:rPr>
              <w:t>uraian</w:t>
            </w:r>
            <w:proofErr w:type="spellEnd"/>
            <w:r w:rsidRPr="00FC188D">
              <w:rPr>
                <w:rFonts w:ascii="Arial" w:hAnsi="Arial" w:cs="Arial"/>
              </w:rPr>
              <w:t xml:space="preserve"> yang </w:t>
            </w:r>
            <w:proofErr w:type="spellStart"/>
            <w:r w:rsidRPr="00FC188D">
              <w:rPr>
                <w:rFonts w:ascii="Arial" w:hAnsi="Arial" w:cs="Arial"/>
              </w:rPr>
              <w:t>terlalu</w:t>
            </w:r>
            <w:proofErr w:type="spellEnd"/>
            <w:r w:rsidRPr="00FC188D">
              <w:rPr>
                <w:rFonts w:ascii="Arial" w:hAnsi="Arial" w:cs="Arial"/>
              </w:rPr>
              <w:t xml:space="preserve"> umum.</w:t>
            </w:r>
          </w:p>
        </w:tc>
      </w:tr>
      <w:tr w:rsidR="00847120" w:rsidRPr="00FC188D" w14:paraId="1939135C" w14:textId="77777777" w:rsidTr="00FC188D">
        <w:trPr>
          <w:cantSplit/>
          <w:jc w:val="center"/>
        </w:trPr>
        <w:tc>
          <w:tcPr>
            <w:tcW w:w="9346"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029B54F1"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1C1642AC" w14:textId="77777777" w:rsidR="00847120" w:rsidRPr="00FC188D" w:rsidRDefault="00000000">
            <w:pPr>
              <w:spacing w:after="40"/>
              <w:rPr>
                <w:rFonts w:ascii="Arial" w:hAnsi="Arial" w:cs="Arial"/>
              </w:rPr>
            </w:pPr>
            <w:r w:rsidRPr="00FC188D">
              <w:rPr>
                <w:rFonts w:ascii="Arial" w:hAnsi="Arial" w:cs="Arial"/>
                <w:color w:val="BEBEBE"/>
                <w:sz w:val="18"/>
              </w:rPr>
              <w:t>........................................................................................................................</w:t>
            </w:r>
          </w:p>
          <w:p w14:paraId="1D087EE8" w14:textId="77777777" w:rsidR="00847120" w:rsidRPr="00FC188D" w:rsidRDefault="00000000">
            <w:pPr>
              <w:spacing w:after="40"/>
              <w:rPr>
                <w:rFonts w:ascii="Arial" w:hAnsi="Arial" w:cs="Arial"/>
              </w:rPr>
            </w:pPr>
            <w:r w:rsidRPr="00FC188D">
              <w:rPr>
                <w:rFonts w:ascii="Arial" w:hAnsi="Arial" w:cs="Arial"/>
                <w:color w:val="BEBEBE"/>
                <w:sz w:val="18"/>
              </w:rPr>
              <w:t>........................................................................................................................</w:t>
            </w:r>
          </w:p>
          <w:p w14:paraId="69F93A28" w14:textId="77777777" w:rsidR="00847120" w:rsidRPr="00FC188D" w:rsidRDefault="00000000">
            <w:pPr>
              <w:spacing w:after="40"/>
              <w:rPr>
                <w:rFonts w:ascii="Arial" w:hAnsi="Arial" w:cs="Arial"/>
              </w:rPr>
            </w:pPr>
            <w:r w:rsidRPr="00FC188D">
              <w:rPr>
                <w:rFonts w:ascii="Arial" w:hAnsi="Arial" w:cs="Arial"/>
                <w:color w:val="BEBEBE"/>
                <w:sz w:val="18"/>
              </w:rPr>
              <w:t>........................................................................................................................</w:t>
            </w:r>
          </w:p>
        </w:tc>
      </w:tr>
    </w:tbl>
    <w:p w14:paraId="3DA86971" w14:textId="77777777" w:rsidR="00847120" w:rsidRPr="00FC188D" w:rsidRDefault="00847120">
      <w:pPr>
        <w:spacing w:after="40"/>
        <w:rPr>
          <w:rFonts w:ascii="Arial" w:hAnsi="Arial" w:cs="Arial"/>
        </w:rPr>
      </w:pPr>
    </w:p>
    <w:tbl>
      <w:tblPr>
        <w:tblW w:w="9488" w:type="dxa"/>
        <w:jc w:val="center"/>
        <w:tblLook w:val="04A0" w:firstRow="1" w:lastRow="0" w:firstColumn="1" w:lastColumn="0" w:noHBand="0" w:noVBand="1"/>
      </w:tblPr>
      <w:tblGrid>
        <w:gridCol w:w="9488"/>
      </w:tblGrid>
      <w:tr w:rsidR="00847120" w:rsidRPr="00FC188D" w14:paraId="77C0665E" w14:textId="77777777" w:rsidTr="00FC188D">
        <w:trPr>
          <w:cantSplit/>
          <w:jc w:val="center"/>
        </w:trPr>
        <w:tc>
          <w:tcPr>
            <w:tcW w:w="9488" w:type="dxa"/>
            <w:shd w:val="clear" w:color="auto" w:fill="1F4E79"/>
            <w:tcMar>
              <w:top w:w="70" w:type="dxa"/>
              <w:left w:w="110" w:type="dxa"/>
              <w:bottom w:w="70" w:type="dxa"/>
              <w:right w:w="110" w:type="dxa"/>
            </w:tcMar>
          </w:tcPr>
          <w:p w14:paraId="00E1F6A9" w14:textId="77777777" w:rsidR="00847120" w:rsidRPr="00FC188D" w:rsidRDefault="00000000">
            <w:pPr>
              <w:keepNext/>
              <w:spacing w:after="0"/>
              <w:rPr>
                <w:rFonts w:ascii="Arial" w:hAnsi="Arial" w:cs="Arial"/>
              </w:rPr>
            </w:pPr>
            <w:r w:rsidRPr="00FC188D">
              <w:rPr>
                <w:rFonts w:ascii="Arial" w:hAnsi="Arial" w:cs="Arial"/>
                <w:b/>
                <w:color w:val="FFFFFF"/>
                <w:sz w:val="23"/>
              </w:rPr>
              <w:t>C. KATA KUNCI</w:t>
            </w:r>
          </w:p>
        </w:tc>
      </w:tr>
      <w:tr w:rsidR="00847120" w:rsidRPr="000D17D7" w14:paraId="213DB451" w14:textId="77777777" w:rsidTr="00FC188D">
        <w:trPr>
          <w:cantSplit/>
          <w:jc w:val="center"/>
        </w:trPr>
        <w:tc>
          <w:tcPr>
            <w:tcW w:w="9488" w:type="dxa"/>
            <w:shd w:val="clear" w:color="auto" w:fill="D9EAF7"/>
            <w:tcMar>
              <w:top w:w="80" w:type="dxa"/>
              <w:left w:w="110" w:type="dxa"/>
              <w:bottom w:w="80" w:type="dxa"/>
              <w:right w:w="110" w:type="dxa"/>
            </w:tcMar>
          </w:tcPr>
          <w:p w14:paraId="2B240E1A"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Tuliskan 3-5 kata kunci yang mewakili fokus karya. Pisahkan dengan tanda titik koma (;).</w:t>
            </w:r>
          </w:p>
        </w:tc>
      </w:tr>
      <w:tr w:rsidR="00847120" w:rsidRPr="00FC188D" w14:paraId="570494CF" w14:textId="77777777" w:rsidTr="00FC188D">
        <w:trPr>
          <w:cantSplit/>
          <w:jc w:val="center"/>
        </w:trPr>
        <w:tc>
          <w:tcPr>
            <w:tcW w:w="948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573B5C18"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1B48E84D" w14:textId="77777777" w:rsidR="00847120" w:rsidRPr="00FC188D" w:rsidRDefault="00000000">
            <w:pPr>
              <w:spacing w:after="40"/>
              <w:rPr>
                <w:rFonts w:ascii="Arial" w:hAnsi="Arial" w:cs="Arial"/>
              </w:rPr>
            </w:pPr>
            <w:r w:rsidRPr="00FC188D">
              <w:rPr>
                <w:rFonts w:ascii="Arial" w:hAnsi="Arial" w:cs="Arial"/>
                <w:color w:val="BEBEBE"/>
                <w:sz w:val="18"/>
              </w:rPr>
              <w:t>........................................................................................................................</w:t>
            </w:r>
          </w:p>
        </w:tc>
      </w:tr>
    </w:tbl>
    <w:p w14:paraId="65CDA3EF" w14:textId="77777777" w:rsidR="00847120" w:rsidRPr="00FC188D" w:rsidRDefault="00847120">
      <w:pPr>
        <w:spacing w:after="40"/>
        <w:rPr>
          <w:rFonts w:ascii="Arial" w:hAnsi="Arial" w:cs="Arial"/>
        </w:rPr>
      </w:pPr>
    </w:p>
    <w:tbl>
      <w:tblPr>
        <w:tblW w:w="9488" w:type="dxa"/>
        <w:jc w:val="center"/>
        <w:tblLook w:val="04A0" w:firstRow="1" w:lastRow="0" w:firstColumn="1" w:lastColumn="0" w:noHBand="0" w:noVBand="1"/>
      </w:tblPr>
      <w:tblGrid>
        <w:gridCol w:w="9488"/>
      </w:tblGrid>
      <w:tr w:rsidR="00847120" w:rsidRPr="00FC188D" w14:paraId="176AE86B" w14:textId="77777777" w:rsidTr="00FC188D">
        <w:trPr>
          <w:cantSplit/>
          <w:jc w:val="center"/>
        </w:trPr>
        <w:tc>
          <w:tcPr>
            <w:tcW w:w="9488" w:type="dxa"/>
            <w:shd w:val="clear" w:color="auto" w:fill="1F4E79"/>
            <w:tcMar>
              <w:top w:w="70" w:type="dxa"/>
              <w:left w:w="110" w:type="dxa"/>
              <w:bottom w:w="70" w:type="dxa"/>
              <w:right w:w="110" w:type="dxa"/>
            </w:tcMar>
          </w:tcPr>
          <w:p w14:paraId="1D1706C1" w14:textId="77777777" w:rsidR="00847120" w:rsidRPr="00FC188D" w:rsidRDefault="00000000">
            <w:pPr>
              <w:keepNext/>
              <w:spacing w:after="0"/>
              <w:rPr>
                <w:rFonts w:ascii="Arial" w:hAnsi="Arial" w:cs="Arial"/>
              </w:rPr>
            </w:pPr>
            <w:r w:rsidRPr="00FC188D">
              <w:rPr>
                <w:rFonts w:ascii="Arial" w:hAnsi="Arial" w:cs="Arial"/>
                <w:b/>
                <w:color w:val="FFFFFF"/>
                <w:sz w:val="23"/>
              </w:rPr>
              <w:t>D. PENDAHULUAN</w:t>
            </w:r>
          </w:p>
        </w:tc>
      </w:tr>
      <w:tr w:rsidR="00847120" w:rsidRPr="000D17D7" w14:paraId="1F99884B" w14:textId="77777777" w:rsidTr="00FC188D">
        <w:trPr>
          <w:cantSplit/>
          <w:jc w:val="center"/>
        </w:trPr>
        <w:tc>
          <w:tcPr>
            <w:tcW w:w="9488" w:type="dxa"/>
            <w:shd w:val="clear" w:color="auto" w:fill="D9EAF7"/>
            <w:tcMar>
              <w:top w:w="80" w:type="dxa"/>
              <w:left w:w="110" w:type="dxa"/>
              <w:bottom w:w="80" w:type="dxa"/>
              <w:right w:w="110" w:type="dxa"/>
            </w:tcMar>
          </w:tcPr>
          <w:p w14:paraId="7B62FD3A"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Bangun konteks karya secara runtut. Pendahuluan perlu menunjukkan relevansi dengan tema/subtema, ketajaman masalah, urgensi, tujuan, kontribusi, landasan ilmiah, penelitian terdahulu, serta kesenjangan yang hendak dijawab.</w:t>
            </w:r>
          </w:p>
        </w:tc>
      </w:tr>
      <w:tr w:rsidR="00847120" w:rsidRPr="00FC188D" w14:paraId="627C16EB" w14:textId="77777777" w:rsidTr="00FC188D">
        <w:trPr>
          <w:cantSplit/>
          <w:jc w:val="center"/>
        </w:trPr>
        <w:tc>
          <w:tcPr>
            <w:tcW w:w="9488" w:type="dxa"/>
            <w:shd w:val="clear" w:color="auto" w:fill="2F6B4F"/>
            <w:tcMar>
              <w:top w:w="70" w:type="dxa"/>
              <w:left w:w="110" w:type="dxa"/>
              <w:bottom w:w="70" w:type="dxa"/>
              <w:right w:w="110" w:type="dxa"/>
            </w:tcMar>
          </w:tcPr>
          <w:p w14:paraId="34314DA2" w14:textId="77777777" w:rsidR="00847120" w:rsidRPr="00FC188D" w:rsidRDefault="00000000">
            <w:pPr>
              <w:keepNext/>
              <w:spacing w:after="0"/>
              <w:rPr>
                <w:rFonts w:ascii="Arial" w:hAnsi="Arial" w:cs="Arial"/>
              </w:rPr>
            </w:pPr>
            <w:r w:rsidRPr="00FC188D">
              <w:rPr>
                <w:rFonts w:ascii="Arial" w:hAnsi="Arial" w:cs="Arial"/>
                <w:b/>
                <w:color w:val="FFFFFF"/>
                <w:sz w:val="23"/>
              </w:rPr>
              <w:t>D.1. LATAR BELAKANG, PERMASALAHAN, DAN URGENSI</w:t>
            </w:r>
          </w:p>
        </w:tc>
      </w:tr>
      <w:tr w:rsidR="00847120" w:rsidRPr="00FC188D" w14:paraId="7B909030" w14:textId="77777777" w:rsidTr="00FC188D">
        <w:trPr>
          <w:cantSplit/>
          <w:jc w:val="center"/>
        </w:trPr>
        <w:tc>
          <w:tcPr>
            <w:tcW w:w="9488" w:type="dxa"/>
            <w:shd w:val="clear" w:color="auto" w:fill="DCEFD6"/>
            <w:tcMar>
              <w:top w:w="80" w:type="dxa"/>
              <w:left w:w="110" w:type="dxa"/>
              <w:bottom w:w="80" w:type="dxa"/>
              <w:right w:w="110" w:type="dxa"/>
            </w:tcMar>
          </w:tcPr>
          <w:p w14:paraId="4D8828C3" w14:textId="77777777" w:rsidR="00847120" w:rsidRPr="00FC188D" w:rsidRDefault="00000000">
            <w:pPr>
              <w:pStyle w:val="Instruction"/>
              <w:keepNext/>
              <w:spacing w:after="0"/>
              <w:rPr>
                <w:rFonts w:ascii="Arial" w:hAnsi="Arial" w:cs="Arial"/>
              </w:rPr>
            </w:pPr>
            <w:r w:rsidRPr="00FC188D">
              <w:rPr>
                <w:rFonts w:ascii="Arial" w:hAnsi="Arial" w:cs="Arial"/>
              </w:rPr>
              <w:t>Jelaskan kondisi aktual, persoalan spesifik, pihak atau sistem yang terdampak, alasan masalah penting diselesaikan, serta keterkaitannya dengan SISKA atau agroindustri. Akhiri dengan rumusan masalah yang jelas.</w:t>
            </w:r>
          </w:p>
        </w:tc>
      </w:tr>
      <w:tr w:rsidR="00847120" w:rsidRPr="00FC188D" w14:paraId="2109637D" w14:textId="77777777" w:rsidTr="00FC188D">
        <w:trPr>
          <w:cantSplit/>
          <w:jc w:val="center"/>
        </w:trPr>
        <w:tc>
          <w:tcPr>
            <w:tcW w:w="948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73F868FC"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1BE08CF3" w14:textId="77777777" w:rsidR="00847120" w:rsidRPr="00FC188D" w:rsidRDefault="00000000">
            <w:pPr>
              <w:spacing w:after="40"/>
              <w:rPr>
                <w:rFonts w:ascii="Arial" w:hAnsi="Arial" w:cs="Arial"/>
              </w:rPr>
            </w:pPr>
            <w:r w:rsidRPr="00FC188D">
              <w:rPr>
                <w:rFonts w:ascii="Arial" w:hAnsi="Arial" w:cs="Arial"/>
                <w:color w:val="BEBEBE"/>
                <w:sz w:val="18"/>
              </w:rPr>
              <w:t>........................................................................................................................</w:t>
            </w:r>
          </w:p>
          <w:p w14:paraId="108C146E" w14:textId="77777777" w:rsidR="00847120" w:rsidRPr="00FC188D" w:rsidRDefault="00000000">
            <w:pPr>
              <w:spacing w:after="40"/>
              <w:rPr>
                <w:rFonts w:ascii="Arial" w:hAnsi="Arial" w:cs="Arial"/>
              </w:rPr>
            </w:pPr>
            <w:r w:rsidRPr="00FC188D">
              <w:rPr>
                <w:rFonts w:ascii="Arial" w:hAnsi="Arial" w:cs="Arial"/>
                <w:color w:val="BEBEBE"/>
                <w:sz w:val="18"/>
              </w:rPr>
              <w:t>........................................................................................................................</w:t>
            </w:r>
          </w:p>
          <w:p w14:paraId="68F884BE" w14:textId="77777777" w:rsidR="00847120" w:rsidRPr="00FC188D" w:rsidRDefault="00000000">
            <w:pPr>
              <w:spacing w:after="40"/>
              <w:rPr>
                <w:rFonts w:ascii="Arial" w:hAnsi="Arial" w:cs="Arial"/>
              </w:rPr>
            </w:pPr>
            <w:r w:rsidRPr="00FC188D">
              <w:rPr>
                <w:rFonts w:ascii="Arial" w:hAnsi="Arial" w:cs="Arial"/>
                <w:color w:val="BEBEBE"/>
                <w:sz w:val="18"/>
              </w:rPr>
              <w:t>........................................................................................................................</w:t>
            </w:r>
          </w:p>
        </w:tc>
      </w:tr>
    </w:tbl>
    <w:p w14:paraId="003A6C8F" w14:textId="77777777" w:rsidR="00847120" w:rsidRPr="00FC188D" w:rsidRDefault="00847120">
      <w:pPr>
        <w:spacing w:after="40"/>
        <w:rPr>
          <w:rFonts w:ascii="Arial" w:hAnsi="Arial" w:cs="Arial"/>
        </w:rPr>
      </w:pPr>
    </w:p>
    <w:tbl>
      <w:tblPr>
        <w:tblW w:w="9488" w:type="dxa"/>
        <w:jc w:val="center"/>
        <w:tblLook w:val="04A0" w:firstRow="1" w:lastRow="0" w:firstColumn="1" w:lastColumn="0" w:noHBand="0" w:noVBand="1"/>
      </w:tblPr>
      <w:tblGrid>
        <w:gridCol w:w="9488"/>
      </w:tblGrid>
      <w:tr w:rsidR="00847120" w:rsidRPr="000D17D7" w14:paraId="6ABEF35F" w14:textId="77777777" w:rsidTr="00FC188D">
        <w:trPr>
          <w:cantSplit/>
          <w:jc w:val="center"/>
        </w:trPr>
        <w:tc>
          <w:tcPr>
            <w:tcW w:w="9488" w:type="dxa"/>
            <w:shd w:val="clear" w:color="auto" w:fill="2F6B4F"/>
            <w:tcMar>
              <w:top w:w="70" w:type="dxa"/>
              <w:left w:w="110" w:type="dxa"/>
              <w:bottom w:w="70" w:type="dxa"/>
              <w:right w:w="110" w:type="dxa"/>
            </w:tcMar>
          </w:tcPr>
          <w:p w14:paraId="5C635BA0" w14:textId="77777777" w:rsidR="00847120" w:rsidRPr="00FC188D" w:rsidRDefault="00000000" w:rsidP="00FC188D">
            <w:pPr>
              <w:keepNext/>
              <w:spacing w:after="0"/>
              <w:jc w:val="left"/>
              <w:rPr>
                <w:rFonts w:ascii="Arial" w:hAnsi="Arial" w:cs="Arial"/>
                <w:lang w:val="fi-FI"/>
              </w:rPr>
            </w:pPr>
            <w:r w:rsidRPr="00FC188D">
              <w:rPr>
                <w:rFonts w:ascii="Arial" w:hAnsi="Arial" w:cs="Arial"/>
                <w:b/>
                <w:color w:val="FFFFFF"/>
                <w:sz w:val="23"/>
                <w:lang w:val="fi-FI"/>
              </w:rPr>
              <w:lastRenderedPageBreak/>
              <w:t>D.2. LANDASAN ILMIAH, PENELITIAN TERDAHULU, DAN KESENJANGAN</w:t>
            </w:r>
          </w:p>
        </w:tc>
      </w:tr>
      <w:tr w:rsidR="00847120" w:rsidRPr="00FC188D" w14:paraId="14F29909" w14:textId="77777777" w:rsidTr="00FC188D">
        <w:trPr>
          <w:cantSplit/>
          <w:jc w:val="center"/>
        </w:trPr>
        <w:tc>
          <w:tcPr>
            <w:tcW w:w="9488" w:type="dxa"/>
            <w:shd w:val="clear" w:color="auto" w:fill="DCEFD6"/>
            <w:tcMar>
              <w:top w:w="80" w:type="dxa"/>
              <w:left w:w="110" w:type="dxa"/>
              <w:bottom w:w="80" w:type="dxa"/>
              <w:right w:w="110" w:type="dxa"/>
            </w:tcMar>
          </w:tcPr>
          <w:p w14:paraId="3A8B8178" w14:textId="77777777" w:rsidR="00847120" w:rsidRPr="00FC188D" w:rsidRDefault="00000000">
            <w:pPr>
              <w:pStyle w:val="Instruction"/>
              <w:keepNext/>
              <w:spacing w:after="0"/>
              <w:rPr>
                <w:rFonts w:ascii="Arial" w:hAnsi="Arial" w:cs="Arial"/>
              </w:rPr>
            </w:pPr>
            <w:r w:rsidRPr="00FC188D">
              <w:rPr>
                <w:rFonts w:ascii="Arial" w:hAnsi="Arial" w:cs="Arial"/>
                <w:lang w:val="fi-FI"/>
              </w:rPr>
              <w:t xml:space="preserve">Gunakan konsep dan sumber ilmiah yang relevan. </w:t>
            </w:r>
            <w:proofErr w:type="spellStart"/>
            <w:r w:rsidRPr="00FC188D">
              <w:rPr>
                <w:rFonts w:ascii="Arial" w:hAnsi="Arial" w:cs="Arial"/>
              </w:rPr>
              <w:t>Bandingkan</w:t>
            </w:r>
            <w:proofErr w:type="spellEnd"/>
            <w:r w:rsidRPr="00FC188D">
              <w:rPr>
                <w:rFonts w:ascii="Arial" w:hAnsi="Arial" w:cs="Arial"/>
              </w:rPr>
              <w:t xml:space="preserve"> </w:t>
            </w:r>
            <w:proofErr w:type="spellStart"/>
            <w:r w:rsidRPr="00FC188D">
              <w:rPr>
                <w:rFonts w:ascii="Arial" w:hAnsi="Arial" w:cs="Arial"/>
              </w:rPr>
              <w:t>penelitian</w:t>
            </w:r>
            <w:proofErr w:type="spellEnd"/>
            <w:r w:rsidRPr="00FC188D">
              <w:rPr>
                <w:rFonts w:ascii="Arial" w:hAnsi="Arial" w:cs="Arial"/>
              </w:rPr>
              <w:t xml:space="preserve">, </w:t>
            </w:r>
            <w:proofErr w:type="spellStart"/>
            <w:r w:rsidRPr="00FC188D">
              <w:rPr>
                <w:rFonts w:ascii="Arial" w:hAnsi="Arial" w:cs="Arial"/>
              </w:rPr>
              <w:t>teknologi</w:t>
            </w:r>
            <w:proofErr w:type="spellEnd"/>
            <w:r w:rsidRPr="00FC188D">
              <w:rPr>
                <w:rFonts w:ascii="Arial" w:hAnsi="Arial" w:cs="Arial"/>
              </w:rPr>
              <w:t xml:space="preserve">, program, </w:t>
            </w:r>
            <w:proofErr w:type="spellStart"/>
            <w:r w:rsidRPr="00FC188D">
              <w:rPr>
                <w:rFonts w:ascii="Arial" w:hAnsi="Arial" w:cs="Arial"/>
              </w:rPr>
              <w:t>atau</w:t>
            </w:r>
            <w:proofErr w:type="spellEnd"/>
            <w:r w:rsidRPr="00FC188D">
              <w:rPr>
                <w:rFonts w:ascii="Arial" w:hAnsi="Arial" w:cs="Arial"/>
              </w:rPr>
              <w:t xml:space="preserve"> </w:t>
            </w:r>
            <w:proofErr w:type="spellStart"/>
            <w:r w:rsidRPr="00FC188D">
              <w:rPr>
                <w:rFonts w:ascii="Arial" w:hAnsi="Arial" w:cs="Arial"/>
              </w:rPr>
              <w:t>pendekatan</w:t>
            </w:r>
            <w:proofErr w:type="spellEnd"/>
            <w:r w:rsidRPr="00FC188D">
              <w:rPr>
                <w:rFonts w:ascii="Arial" w:hAnsi="Arial" w:cs="Arial"/>
              </w:rPr>
              <w:t xml:space="preserve"> yang </w:t>
            </w:r>
            <w:proofErr w:type="spellStart"/>
            <w:r w:rsidRPr="00FC188D">
              <w:rPr>
                <w:rFonts w:ascii="Arial" w:hAnsi="Arial" w:cs="Arial"/>
              </w:rPr>
              <w:t>telah</w:t>
            </w:r>
            <w:proofErr w:type="spellEnd"/>
            <w:r w:rsidRPr="00FC188D">
              <w:rPr>
                <w:rFonts w:ascii="Arial" w:hAnsi="Arial" w:cs="Arial"/>
              </w:rPr>
              <w:t xml:space="preserve"> </w:t>
            </w:r>
            <w:proofErr w:type="spellStart"/>
            <w:r w:rsidRPr="00FC188D">
              <w:rPr>
                <w:rFonts w:ascii="Arial" w:hAnsi="Arial" w:cs="Arial"/>
              </w:rPr>
              <w:t>ada</w:t>
            </w:r>
            <w:proofErr w:type="spellEnd"/>
            <w:r w:rsidRPr="00FC188D">
              <w:rPr>
                <w:rFonts w:ascii="Arial" w:hAnsi="Arial" w:cs="Arial"/>
              </w:rPr>
              <w:t xml:space="preserve">. </w:t>
            </w:r>
            <w:proofErr w:type="spellStart"/>
            <w:r w:rsidRPr="00FC188D">
              <w:rPr>
                <w:rFonts w:ascii="Arial" w:hAnsi="Arial" w:cs="Arial"/>
              </w:rPr>
              <w:t>Tunjukkan</w:t>
            </w:r>
            <w:proofErr w:type="spellEnd"/>
            <w:r w:rsidRPr="00FC188D">
              <w:rPr>
                <w:rFonts w:ascii="Arial" w:hAnsi="Arial" w:cs="Arial"/>
              </w:rPr>
              <w:t xml:space="preserve"> </w:t>
            </w:r>
            <w:proofErr w:type="spellStart"/>
            <w:r w:rsidRPr="00FC188D">
              <w:rPr>
                <w:rFonts w:ascii="Arial" w:hAnsi="Arial" w:cs="Arial"/>
              </w:rPr>
              <w:t>celah</w:t>
            </w:r>
            <w:proofErr w:type="spellEnd"/>
            <w:r w:rsidRPr="00FC188D">
              <w:rPr>
                <w:rFonts w:ascii="Arial" w:hAnsi="Arial" w:cs="Arial"/>
              </w:rPr>
              <w:t xml:space="preserve"> yang </w:t>
            </w:r>
            <w:proofErr w:type="spellStart"/>
            <w:r w:rsidRPr="00FC188D">
              <w:rPr>
                <w:rFonts w:ascii="Arial" w:hAnsi="Arial" w:cs="Arial"/>
              </w:rPr>
              <w:t>belum</w:t>
            </w:r>
            <w:proofErr w:type="spellEnd"/>
            <w:r w:rsidRPr="00FC188D">
              <w:rPr>
                <w:rFonts w:ascii="Arial" w:hAnsi="Arial" w:cs="Arial"/>
              </w:rPr>
              <w:t xml:space="preserve"> </w:t>
            </w:r>
            <w:proofErr w:type="spellStart"/>
            <w:r w:rsidRPr="00FC188D">
              <w:rPr>
                <w:rFonts w:ascii="Arial" w:hAnsi="Arial" w:cs="Arial"/>
              </w:rPr>
              <w:t>terjawab</w:t>
            </w:r>
            <w:proofErr w:type="spellEnd"/>
            <w:r w:rsidRPr="00FC188D">
              <w:rPr>
                <w:rFonts w:ascii="Arial" w:hAnsi="Arial" w:cs="Arial"/>
              </w:rPr>
              <w:t xml:space="preserve"> dan </w:t>
            </w:r>
            <w:proofErr w:type="spellStart"/>
            <w:r w:rsidRPr="00FC188D">
              <w:rPr>
                <w:rFonts w:ascii="Arial" w:hAnsi="Arial" w:cs="Arial"/>
              </w:rPr>
              <w:t>posisi</w:t>
            </w:r>
            <w:proofErr w:type="spellEnd"/>
            <w:r w:rsidRPr="00FC188D">
              <w:rPr>
                <w:rFonts w:ascii="Arial" w:hAnsi="Arial" w:cs="Arial"/>
              </w:rPr>
              <w:t xml:space="preserve"> </w:t>
            </w:r>
            <w:proofErr w:type="spellStart"/>
            <w:r w:rsidRPr="00FC188D">
              <w:rPr>
                <w:rFonts w:ascii="Arial" w:hAnsi="Arial" w:cs="Arial"/>
              </w:rPr>
              <w:t>karya</w:t>
            </w:r>
            <w:proofErr w:type="spellEnd"/>
            <w:r w:rsidRPr="00FC188D">
              <w:rPr>
                <w:rFonts w:ascii="Arial" w:hAnsi="Arial" w:cs="Arial"/>
              </w:rPr>
              <w:t xml:space="preserve"> yang </w:t>
            </w:r>
            <w:proofErr w:type="spellStart"/>
            <w:r w:rsidRPr="00FC188D">
              <w:rPr>
                <w:rFonts w:ascii="Arial" w:hAnsi="Arial" w:cs="Arial"/>
              </w:rPr>
              <w:t>diusulkan</w:t>
            </w:r>
            <w:proofErr w:type="spellEnd"/>
            <w:r w:rsidRPr="00FC188D">
              <w:rPr>
                <w:rFonts w:ascii="Arial" w:hAnsi="Arial" w:cs="Arial"/>
              </w:rPr>
              <w:t>.</w:t>
            </w:r>
          </w:p>
        </w:tc>
      </w:tr>
      <w:tr w:rsidR="00847120" w:rsidRPr="00FC188D" w14:paraId="141C107C" w14:textId="77777777" w:rsidTr="00FC188D">
        <w:trPr>
          <w:cantSplit/>
          <w:jc w:val="center"/>
        </w:trPr>
        <w:tc>
          <w:tcPr>
            <w:tcW w:w="948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39E5A9D7"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3AB16018" w14:textId="77777777" w:rsidR="00847120" w:rsidRPr="00FC188D" w:rsidRDefault="00000000">
            <w:pPr>
              <w:spacing w:after="40"/>
              <w:rPr>
                <w:rFonts w:ascii="Arial" w:hAnsi="Arial" w:cs="Arial"/>
              </w:rPr>
            </w:pPr>
            <w:r w:rsidRPr="00FC188D">
              <w:rPr>
                <w:rFonts w:ascii="Arial" w:hAnsi="Arial" w:cs="Arial"/>
                <w:color w:val="BEBEBE"/>
                <w:sz w:val="18"/>
              </w:rPr>
              <w:t>........................................................................................................................</w:t>
            </w:r>
          </w:p>
          <w:p w14:paraId="41C03B08" w14:textId="77777777" w:rsidR="00847120" w:rsidRPr="00FC188D" w:rsidRDefault="00000000">
            <w:pPr>
              <w:spacing w:after="40"/>
              <w:rPr>
                <w:rFonts w:ascii="Arial" w:hAnsi="Arial" w:cs="Arial"/>
              </w:rPr>
            </w:pPr>
            <w:r w:rsidRPr="00FC188D">
              <w:rPr>
                <w:rFonts w:ascii="Arial" w:hAnsi="Arial" w:cs="Arial"/>
                <w:color w:val="BEBEBE"/>
                <w:sz w:val="18"/>
              </w:rPr>
              <w:t>........................................................................................................................</w:t>
            </w:r>
          </w:p>
          <w:p w14:paraId="06A5723C" w14:textId="77777777" w:rsidR="00847120" w:rsidRPr="00FC188D" w:rsidRDefault="00000000">
            <w:pPr>
              <w:spacing w:after="40"/>
              <w:rPr>
                <w:rFonts w:ascii="Arial" w:hAnsi="Arial" w:cs="Arial"/>
              </w:rPr>
            </w:pPr>
            <w:r w:rsidRPr="00FC188D">
              <w:rPr>
                <w:rFonts w:ascii="Arial" w:hAnsi="Arial" w:cs="Arial"/>
                <w:color w:val="BEBEBE"/>
                <w:sz w:val="18"/>
              </w:rPr>
              <w:t>........................................................................................................................</w:t>
            </w:r>
          </w:p>
        </w:tc>
      </w:tr>
      <w:tr w:rsidR="00847120" w:rsidRPr="000D17D7" w14:paraId="17CD56C6" w14:textId="77777777" w:rsidTr="00FC188D">
        <w:trPr>
          <w:cantSplit/>
          <w:jc w:val="center"/>
        </w:trPr>
        <w:tc>
          <w:tcPr>
            <w:tcW w:w="9488" w:type="dxa"/>
            <w:shd w:val="clear" w:color="auto" w:fill="2F6B4F"/>
            <w:tcMar>
              <w:top w:w="70" w:type="dxa"/>
              <w:left w:w="110" w:type="dxa"/>
              <w:bottom w:w="70" w:type="dxa"/>
              <w:right w:w="110" w:type="dxa"/>
            </w:tcMar>
          </w:tcPr>
          <w:p w14:paraId="0FA71495" w14:textId="77777777" w:rsidR="00847120" w:rsidRPr="00FC188D" w:rsidRDefault="00000000">
            <w:pPr>
              <w:keepNext/>
              <w:spacing w:after="0"/>
              <w:rPr>
                <w:rFonts w:ascii="Arial" w:hAnsi="Arial" w:cs="Arial"/>
                <w:lang w:val="fi-FI"/>
              </w:rPr>
            </w:pPr>
            <w:r w:rsidRPr="00FC188D">
              <w:rPr>
                <w:rFonts w:ascii="Arial" w:hAnsi="Arial" w:cs="Arial"/>
                <w:b/>
                <w:color w:val="FFFFFF"/>
                <w:sz w:val="23"/>
                <w:lang w:val="fi-FI"/>
              </w:rPr>
              <w:t>D.3. TUJUAN DAN KONTRIBUSI KARYA</w:t>
            </w:r>
          </w:p>
        </w:tc>
      </w:tr>
      <w:tr w:rsidR="00847120" w:rsidRPr="000D17D7" w14:paraId="3576FA48" w14:textId="77777777" w:rsidTr="00FC188D">
        <w:trPr>
          <w:cantSplit/>
          <w:jc w:val="center"/>
        </w:trPr>
        <w:tc>
          <w:tcPr>
            <w:tcW w:w="9488" w:type="dxa"/>
            <w:shd w:val="clear" w:color="auto" w:fill="DCEFD6"/>
            <w:tcMar>
              <w:top w:w="80" w:type="dxa"/>
              <w:left w:w="110" w:type="dxa"/>
              <w:bottom w:w="80" w:type="dxa"/>
              <w:right w:w="110" w:type="dxa"/>
            </w:tcMar>
          </w:tcPr>
          <w:p w14:paraId="3B8697B6"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Tuliskan tujuan yang konsisten dengan masalah. Jelaskan kontribusi yang diharapkan terhadap teknologi, ekonomi, lingkungan, sosial, pemberdayaan, rantai nilai, atau transformasi agroindustri sesuai jenis karya.</w:t>
            </w:r>
          </w:p>
        </w:tc>
      </w:tr>
      <w:tr w:rsidR="00847120" w:rsidRPr="00FC188D" w14:paraId="3AE83166" w14:textId="77777777" w:rsidTr="00FC188D">
        <w:trPr>
          <w:cantSplit/>
          <w:jc w:val="center"/>
        </w:trPr>
        <w:tc>
          <w:tcPr>
            <w:tcW w:w="948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306C7BD7"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4CD7BF38" w14:textId="77777777" w:rsidR="00847120" w:rsidRPr="00FC188D" w:rsidRDefault="00000000">
            <w:pPr>
              <w:spacing w:after="40"/>
              <w:rPr>
                <w:rFonts w:ascii="Arial" w:hAnsi="Arial" w:cs="Arial"/>
              </w:rPr>
            </w:pPr>
            <w:r w:rsidRPr="00FC188D">
              <w:rPr>
                <w:rFonts w:ascii="Arial" w:hAnsi="Arial" w:cs="Arial"/>
                <w:color w:val="BEBEBE"/>
                <w:sz w:val="18"/>
              </w:rPr>
              <w:t>........................................................................................................................</w:t>
            </w:r>
          </w:p>
          <w:p w14:paraId="0BCFB890" w14:textId="77777777" w:rsidR="00847120" w:rsidRPr="00FC188D" w:rsidRDefault="00000000">
            <w:pPr>
              <w:spacing w:after="40"/>
              <w:rPr>
                <w:rFonts w:ascii="Arial" w:hAnsi="Arial" w:cs="Arial"/>
              </w:rPr>
            </w:pPr>
            <w:r w:rsidRPr="00FC188D">
              <w:rPr>
                <w:rFonts w:ascii="Arial" w:hAnsi="Arial" w:cs="Arial"/>
                <w:color w:val="BEBEBE"/>
                <w:sz w:val="18"/>
              </w:rPr>
              <w:t>........................................................................................................................</w:t>
            </w:r>
          </w:p>
        </w:tc>
      </w:tr>
      <w:tr w:rsidR="00847120" w:rsidRPr="00FC188D" w14:paraId="08174A33" w14:textId="77777777" w:rsidTr="00FC188D">
        <w:trPr>
          <w:cantSplit/>
          <w:jc w:val="center"/>
        </w:trPr>
        <w:tc>
          <w:tcPr>
            <w:tcW w:w="9488" w:type="dxa"/>
            <w:shd w:val="clear" w:color="auto" w:fill="1F4E79"/>
            <w:tcMar>
              <w:top w:w="70" w:type="dxa"/>
              <w:left w:w="110" w:type="dxa"/>
              <w:bottom w:w="70" w:type="dxa"/>
              <w:right w:w="110" w:type="dxa"/>
            </w:tcMar>
          </w:tcPr>
          <w:p w14:paraId="59E6D8C8" w14:textId="77777777" w:rsidR="00847120" w:rsidRPr="00FC188D" w:rsidRDefault="00000000">
            <w:pPr>
              <w:keepNext/>
              <w:spacing w:after="0"/>
              <w:rPr>
                <w:rFonts w:ascii="Arial" w:hAnsi="Arial" w:cs="Arial"/>
              </w:rPr>
            </w:pPr>
            <w:r w:rsidRPr="00FC188D">
              <w:rPr>
                <w:rFonts w:ascii="Arial" w:hAnsi="Arial" w:cs="Arial"/>
                <w:b/>
                <w:color w:val="FFFFFF"/>
                <w:sz w:val="23"/>
              </w:rPr>
              <w:t>E. METODE ATAU PENDEKATAN</w:t>
            </w:r>
          </w:p>
        </w:tc>
      </w:tr>
      <w:tr w:rsidR="00847120" w:rsidRPr="000D17D7" w14:paraId="38C52607" w14:textId="77777777" w:rsidTr="00FC188D">
        <w:trPr>
          <w:cantSplit/>
          <w:jc w:val="center"/>
        </w:trPr>
        <w:tc>
          <w:tcPr>
            <w:tcW w:w="9488" w:type="dxa"/>
            <w:shd w:val="clear" w:color="auto" w:fill="D9EAF7"/>
            <w:tcMar>
              <w:top w:w="80" w:type="dxa"/>
              <w:left w:w="110" w:type="dxa"/>
              <w:bottom w:w="80" w:type="dxa"/>
              <w:right w:w="110" w:type="dxa"/>
            </w:tcMar>
          </w:tcPr>
          <w:p w14:paraId="00863C54"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Jelaskan desain, sumber data, objek atau sasaran, tahapan kegiatan, metode analisis, proses pengembangan inovasi, simulasi atau prototipe bila relevan. Sesuaikan metode dengan jenis karya dan tujuan. Pastikan setiap klaim efektivitas dapat ditelusuri ke data, literatur, simulasi, prototipe, atau argumentasi yang dapat dipertanggungjawabkan.</w:t>
            </w:r>
          </w:p>
        </w:tc>
      </w:tr>
      <w:tr w:rsidR="00847120" w:rsidRPr="00FC188D" w14:paraId="75A65073" w14:textId="77777777" w:rsidTr="00FC188D">
        <w:trPr>
          <w:cantSplit/>
          <w:jc w:val="center"/>
        </w:trPr>
        <w:tc>
          <w:tcPr>
            <w:tcW w:w="948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7E50A744"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772DE75E" w14:textId="77777777" w:rsidR="00847120" w:rsidRPr="00FC188D" w:rsidRDefault="00000000">
            <w:pPr>
              <w:spacing w:after="40"/>
              <w:rPr>
                <w:rFonts w:ascii="Arial" w:hAnsi="Arial" w:cs="Arial"/>
              </w:rPr>
            </w:pPr>
            <w:r w:rsidRPr="00FC188D">
              <w:rPr>
                <w:rFonts w:ascii="Arial" w:hAnsi="Arial" w:cs="Arial"/>
                <w:color w:val="BEBEBE"/>
                <w:sz w:val="18"/>
              </w:rPr>
              <w:t>........................................................................................................................</w:t>
            </w:r>
          </w:p>
          <w:p w14:paraId="3711F12B" w14:textId="77777777" w:rsidR="00847120" w:rsidRPr="00FC188D" w:rsidRDefault="00000000">
            <w:pPr>
              <w:spacing w:after="40"/>
              <w:rPr>
                <w:rFonts w:ascii="Arial" w:hAnsi="Arial" w:cs="Arial"/>
              </w:rPr>
            </w:pPr>
            <w:r w:rsidRPr="00FC188D">
              <w:rPr>
                <w:rFonts w:ascii="Arial" w:hAnsi="Arial" w:cs="Arial"/>
                <w:color w:val="BEBEBE"/>
                <w:sz w:val="18"/>
              </w:rPr>
              <w:t>........................................................................................................................</w:t>
            </w:r>
          </w:p>
          <w:p w14:paraId="465DC760" w14:textId="77777777" w:rsidR="00847120" w:rsidRPr="00FC188D" w:rsidRDefault="00000000">
            <w:pPr>
              <w:spacing w:after="40"/>
              <w:rPr>
                <w:rFonts w:ascii="Arial" w:hAnsi="Arial" w:cs="Arial"/>
              </w:rPr>
            </w:pPr>
            <w:r w:rsidRPr="00FC188D">
              <w:rPr>
                <w:rFonts w:ascii="Arial" w:hAnsi="Arial" w:cs="Arial"/>
                <w:color w:val="BEBEBE"/>
                <w:sz w:val="18"/>
              </w:rPr>
              <w:t>........................................................................................................................</w:t>
            </w:r>
          </w:p>
          <w:p w14:paraId="16B69607" w14:textId="3EE144B8" w:rsidR="00847120" w:rsidRPr="00FC188D" w:rsidRDefault="00847120">
            <w:pPr>
              <w:spacing w:after="40"/>
              <w:rPr>
                <w:rFonts w:ascii="Arial" w:hAnsi="Arial" w:cs="Arial"/>
              </w:rPr>
            </w:pPr>
          </w:p>
        </w:tc>
      </w:tr>
      <w:tr w:rsidR="00847120" w:rsidRPr="00FC188D" w14:paraId="08546B95" w14:textId="77777777" w:rsidTr="00FC188D">
        <w:trPr>
          <w:cantSplit/>
          <w:jc w:val="center"/>
        </w:trPr>
        <w:tc>
          <w:tcPr>
            <w:tcW w:w="9488" w:type="dxa"/>
            <w:shd w:val="clear" w:color="auto" w:fill="1F4E79"/>
            <w:tcMar>
              <w:top w:w="70" w:type="dxa"/>
              <w:left w:w="110" w:type="dxa"/>
              <w:bottom w:w="70" w:type="dxa"/>
              <w:right w:w="110" w:type="dxa"/>
            </w:tcMar>
          </w:tcPr>
          <w:p w14:paraId="4789B0E7" w14:textId="77777777" w:rsidR="00847120" w:rsidRPr="00FC188D" w:rsidRDefault="00000000">
            <w:pPr>
              <w:keepNext/>
              <w:spacing w:after="0"/>
              <w:rPr>
                <w:rFonts w:ascii="Arial" w:hAnsi="Arial" w:cs="Arial"/>
              </w:rPr>
            </w:pPr>
            <w:r w:rsidRPr="00FC188D">
              <w:rPr>
                <w:rFonts w:ascii="Arial" w:hAnsi="Arial" w:cs="Arial"/>
                <w:b/>
                <w:color w:val="FFFFFF"/>
                <w:sz w:val="23"/>
              </w:rPr>
              <w:t>F. HASIL DAN PEMBAHASAN</w:t>
            </w:r>
          </w:p>
        </w:tc>
      </w:tr>
      <w:tr w:rsidR="00847120" w:rsidRPr="000D17D7" w14:paraId="5C79569E" w14:textId="77777777" w:rsidTr="00FC188D">
        <w:trPr>
          <w:cantSplit/>
          <w:jc w:val="center"/>
        </w:trPr>
        <w:tc>
          <w:tcPr>
            <w:tcW w:w="9488" w:type="dxa"/>
            <w:shd w:val="clear" w:color="auto" w:fill="D9EAF7"/>
            <w:tcMar>
              <w:top w:w="80" w:type="dxa"/>
              <w:left w:w="110" w:type="dxa"/>
              <w:bottom w:w="80" w:type="dxa"/>
              <w:right w:w="110" w:type="dxa"/>
            </w:tcMar>
          </w:tcPr>
          <w:p w14:paraId="29AFE88E"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Sajikan hasil, rancangan, model, temuan, atau mekanisme inovasi secara jelas. Hubungkan setiap bukti atau data dengan klaim. Gunakan tabel/gambar bila membantu penjelasan dan pastikan seluruh pembahasan konsisten dengan tujuan.</w:t>
            </w:r>
          </w:p>
        </w:tc>
      </w:tr>
      <w:tr w:rsidR="00847120" w:rsidRPr="000D17D7" w14:paraId="4D9F7D1F" w14:textId="77777777" w:rsidTr="00FC188D">
        <w:trPr>
          <w:cantSplit/>
          <w:jc w:val="center"/>
        </w:trPr>
        <w:tc>
          <w:tcPr>
            <w:tcW w:w="9488" w:type="dxa"/>
            <w:shd w:val="clear" w:color="auto" w:fill="2F6B4F"/>
            <w:tcMar>
              <w:top w:w="70" w:type="dxa"/>
              <w:left w:w="110" w:type="dxa"/>
              <w:bottom w:w="70" w:type="dxa"/>
              <w:right w:w="110" w:type="dxa"/>
            </w:tcMar>
          </w:tcPr>
          <w:p w14:paraId="7C010165" w14:textId="77777777" w:rsidR="00847120" w:rsidRPr="00FC188D" w:rsidRDefault="00000000">
            <w:pPr>
              <w:keepNext/>
              <w:spacing w:after="0"/>
              <w:rPr>
                <w:rFonts w:ascii="Arial" w:hAnsi="Arial" w:cs="Arial"/>
                <w:lang w:val="fi-FI"/>
              </w:rPr>
            </w:pPr>
            <w:r w:rsidRPr="00FC188D">
              <w:rPr>
                <w:rFonts w:ascii="Arial" w:hAnsi="Arial" w:cs="Arial"/>
                <w:b/>
                <w:color w:val="FFFFFF"/>
                <w:sz w:val="23"/>
                <w:lang w:val="fi-FI"/>
              </w:rPr>
              <w:t>F.1. HASIL, TEMUAN, ATAU MEKANISME KERJA INOVASI</w:t>
            </w:r>
          </w:p>
        </w:tc>
      </w:tr>
      <w:tr w:rsidR="00847120" w:rsidRPr="000D17D7" w14:paraId="7E2F7A75" w14:textId="77777777" w:rsidTr="00FC188D">
        <w:trPr>
          <w:cantSplit/>
          <w:jc w:val="center"/>
        </w:trPr>
        <w:tc>
          <w:tcPr>
            <w:tcW w:w="9488" w:type="dxa"/>
            <w:shd w:val="clear" w:color="auto" w:fill="DCEFD6"/>
            <w:tcMar>
              <w:top w:w="80" w:type="dxa"/>
              <w:left w:w="110" w:type="dxa"/>
              <w:bottom w:w="80" w:type="dxa"/>
              <w:right w:w="110" w:type="dxa"/>
            </w:tcMar>
          </w:tcPr>
          <w:p w14:paraId="7A8FEACB"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Paparkan hasil utama atau cara kerja solusi secara terstruktur. Untuk karya non-eksperimental, jelaskan logika desain, alur implementasi, simulasi, bukti pendukung, atau skenario penerapan.</w:t>
            </w:r>
          </w:p>
        </w:tc>
      </w:tr>
      <w:tr w:rsidR="00847120" w:rsidRPr="00FC188D" w14:paraId="2BB7412E" w14:textId="77777777" w:rsidTr="00FC188D">
        <w:trPr>
          <w:cantSplit/>
          <w:jc w:val="center"/>
        </w:trPr>
        <w:tc>
          <w:tcPr>
            <w:tcW w:w="948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7E79DF80"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24801B3A" w14:textId="77777777" w:rsidR="00847120" w:rsidRPr="00FC188D" w:rsidRDefault="00000000">
            <w:pPr>
              <w:spacing w:after="40"/>
              <w:rPr>
                <w:rFonts w:ascii="Arial" w:hAnsi="Arial" w:cs="Arial"/>
              </w:rPr>
            </w:pPr>
            <w:r w:rsidRPr="00FC188D">
              <w:rPr>
                <w:rFonts w:ascii="Arial" w:hAnsi="Arial" w:cs="Arial"/>
                <w:color w:val="BEBEBE"/>
                <w:sz w:val="18"/>
              </w:rPr>
              <w:t>........................................................................................................................</w:t>
            </w:r>
          </w:p>
          <w:p w14:paraId="61A13EEF" w14:textId="77777777" w:rsidR="00847120" w:rsidRPr="00FC188D" w:rsidRDefault="00000000">
            <w:pPr>
              <w:spacing w:after="40"/>
              <w:rPr>
                <w:rFonts w:ascii="Arial" w:hAnsi="Arial" w:cs="Arial"/>
              </w:rPr>
            </w:pPr>
            <w:r w:rsidRPr="00FC188D">
              <w:rPr>
                <w:rFonts w:ascii="Arial" w:hAnsi="Arial" w:cs="Arial"/>
                <w:color w:val="BEBEBE"/>
                <w:sz w:val="18"/>
              </w:rPr>
              <w:t>........................................................................................................................</w:t>
            </w:r>
          </w:p>
          <w:p w14:paraId="01F83FE1" w14:textId="77777777" w:rsidR="00847120" w:rsidRPr="00FC188D" w:rsidRDefault="00000000">
            <w:pPr>
              <w:spacing w:after="40"/>
              <w:rPr>
                <w:rFonts w:ascii="Arial" w:hAnsi="Arial" w:cs="Arial"/>
              </w:rPr>
            </w:pPr>
            <w:r w:rsidRPr="00FC188D">
              <w:rPr>
                <w:rFonts w:ascii="Arial" w:hAnsi="Arial" w:cs="Arial"/>
                <w:color w:val="BEBEBE"/>
                <w:sz w:val="18"/>
              </w:rPr>
              <w:t>........................................................................................................................</w:t>
            </w:r>
          </w:p>
        </w:tc>
      </w:tr>
    </w:tbl>
    <w:p w14:paraId="304C3C29" w14:textId="77777777" w:rsidR="00847120" w:rsidRPr="00FC188D" w:rsidRDefault="00847120">
      <w:pPr>
        <w:spacing w:after="40"/>
        <w:rPr>
          <w:rFonts w:ascii="Arial" w:hAnsi="Arial" w:cs="Arial"/>
        </w:rPr>
      </w:pPr>
    </w:p>
    <w:tbl>
      <w:tblPr>
        <w:tblW w:w="9498" w:type="dxa"/>
        <w:jc w:val="center"/>
        <w:tblLook w:val="04A0" w:firstRow="1" w:lastRow="0" w:firstColumn="1" w:lastColumn="0" w:noHBand="0" w:noVBand="1"/>
      </w:tblPr>
      <w:tblGrid>
        <w:gridCol w:w="9498"/>
      </w:tblGrid>
      <w:tr w:rsidR="00847120" w:rsidRPr="000D17D7" w14:paraId="36C5AFB1" w14:textId="77777777" w:rsidTr="0087442C">
        <w:trPr>
          <w:cantSplit/>
          <w:jc w:val="center"/>
        </w:trPr>
        <w:tc>
          <w:tcPr>
            <w:tcW w:w="9498" w:type="dxa"/>
            <w:shd w:val="clear" w:color="auto" w:fill="2F6B4F"/>
            <w:tcMar>
              <w:top w:w="70" w:type="dxa"/>
              <w:left w:w="110" w:type="dxa"/>
              <w:bottom w:w="70" w:type="dxa"/>
              <w:right w:w="110" w:type="dxa"/>
            </w:tcMar>
          </w:tcPr>
          <w:p w14:paraId="77ACAF15" w14:textId="77777777" w:rsidR="00847120" w:rsidRPr="00FC188D" w:rsidRDefault="00000000">
            <w:pPr>
              <w:keepNext/>
              <w:spacing w:after="0"/>
              <w:rPr>
                <w:rFonts w:ascii="Arial" w:hAnsi="Arial" w:cs="Arial"/>
                <w:lang w:val="fi-FI"/>
              </w:rPr>
            </w:pPr>
            <w:r w:rsidRPr="00FC188D">
              <w:rPr>
                <w:rFonts w:ascii="Arial" w:hAnsi="Arial" w:cs="Arial"/>
                <w:b/>
                <w:color w:val="FFFFFF"/>
                <w:sz w:val="23"/>
                <w:lang w:val="fi-FI"/>
              </w:rPr>
              <w:lastRenderedPageBreak/>
              <w:t>F.2. KEBARUAN DAN ORISINALITAS INOVASI</w:t>
            </w:r>
          </w:p>
        </w:tc>
      </w:tr>
      <w:tr w:rsidR="00847120" w:rsidRPr="00FC188D" w14:paraId="52E75652" w14:textId="77777777" w:rsidTr="0087442C">
        <w:trPr>
          <w:cantSplit/>
          <w:jc w:val="center"/>
        </w:trPr>
        <w:tc>
          <w:tcPr>
            <w:tcW w:w="9498" w:type="dxa"/>
            <w:shd w:val="clear" w:color="auto" w:fill="DCEFD6"/>
            <w:tcMar>
              <w:top w:w="80" w:type="dxa"/>
              <w:left w:w="110" w:type="dxa"/>
              <w:bottom w:w="80" w:type="dxa"/>
              <w:right w:w="110" w:type="dxa"/>
            </w:tcMar>
          </w:tcPr>
          <w:p w14:paraId="58F1E4E7" w14:textId="77777777" w:rsidR="00847120" w:rsidRPr="00FC188D" w:rsidRDefault="00000000">
            <w:pPr>
              <w:pStyle w:val="Instruction"/>
              <w:keepNext/>
              <w:spacing w:after="0"/>
              <w:rPr>
                <w:rFonts w:ascii="Arial" w:hAnsi="Arial" w:cs="Arial"/>
              </w:rPr>
            </w:pPr>
            <w:r w:rsidRPr="00FC188D">
              <w:rPr>
                <w:rFonts w:ascii="Arial" w:hAnsi="Arial" w:cs="Arial"/>
                <w:lang w:val="fi-FI"/>
              </w:rPr>
              <w:t xml:space="preserve">Jelaskan unsur pembeda dari pendekatan yang telah ada, nilai tambah yang dihasilkan, serta dasar ilmiah kebaruan tersebut. </w:t>
            </w:r>
            <w:proofErr w:type="spellStart"/>
            <w:r w:rsidRPr="00FC188D">
              <w:rPr>
                <w:rFonts w:ascii="Arial" w:hAnsi="Arial" w:cs="Arial"/>
              </w:rPr>
              <w:t>Hindari</w:t>
            </w:r>
            <w:proofErr w:type="spellEnd"/>
            <w:r w:rsidRPr="00FC188D">
              <w:rPr>
                <w:rFonts w:ascii="Arial" w:hAnsi="Arial" w:cs="Arial"/>
              </w:rPr>
              <w:t xml:space="preserve"> </w:t>
            </w:r>
            <w:proofErr w:type="spellStart"/>
            <w:r w:rsidRPr="00FC188D">
              <w:rPr>
                <w:rFonts w:ascii="Arial" w:hAnsi="Arial" w:cs="Arial"/>
              </w:rPr>
              <w:t>klaim</w:t>
            </w:r>
            <w:proofErr w:type="spellEnd"/>
            <w:r w:rsidRPr="00FC188D">
              <w:rPr>
                <w:rFonts w:ascii="Arial" w:hAnsi="Arial" w:cs="Arial"/>
              </w:rPr>
              <w:t xml:space="preserve"> '</w:t>
            </w:r>
            <w:proofErr w:type="spellStart"/>
            <w:r w:rsidRPr="00FC188D">
              <w:rPr>
                <w:rFonts w:ascii="Arial" w:hAnsi="Arial" w:cs="Arial"/>
              </w:rPr>
              <w:t>baru</w:t>
            </w:r>
            <w:proofErr w:type="spellEnd"/>
            <w:r w:rsidRPr="00FC188D">
              <w:rPr>
                <w:rFonts w:ascii="Arial" w:hAnsi="Arial" w:cs="Arial"/>
              </w:rPr>
              <w:t xml:space="preserve">' </w:t>
            </w:r>
            <w:proofErr w:type="spellStart"/>
            <w:r w:rsidRPr="00FC188D">
              <w:rPr>
                <w:rFonts w:ascii="Arial" w:hAnsi="Arial" w:cs="Arial"/>
              </w:rPr>
              <w:t>tanpa</w:t>
            </w:r>
            <w:proofErr w:type="spellEnd"/>
            <w:r w:rsidRPr="00FC188D">
              <w:rPr>
                <w:rFonts w:ascii="Arial" w:hAnsi="Arial" w:cs="Arial"/>
              </w:rPr>
              <w:t xml:space="preserve"> </w:t>
            </w:r>
            <w:proofErr w:type="spellStart"/>
            <w:r w:rsidRPr="00FC188D">
              <w:rPr>
                <w:rFonts w:ascii="Arial" w:hAnsi="Arial" w:cs="Arial"/>
              </w:rPr>
              <w:t>pembanding</w:t>
            </w:r>
            <w:proofErr w:type="spellEnd"/>
            <w:r w:rsidRPr="00FC188D">
              <w:rPr>
                <w:rFonts w:ascii="Arial" w:hAnsi="Arial" w:cs="Arial"/>
              </w:rPr>
              <w:t xml:space="preserve"> yang </w:t>
            </w:r>
            <w:proofErr w:type="spellStart"/>
            <w:r w:rsidRPr="00FC188D">
              <w:rPr>
                <w:rFonts w:ascii="Arial" w:hAnsi="Arial" w:cs="Arial"/>
              </w:rPr>
              <w:t>jelas</w:t>
            </w:r>
            <w:proofErr w:type="spellEnd"/>
            <w:r w:rsidRPr="00FC188D">
              <w:rPr>
                <w:rFonts w:ascii="Arial" w:hAnsi="Arial" w:cs="Arial"/>
              </w:rPr>
              <w:t>.</w:t>
            </w:r>
          </w:p>
        </w:tc>
      </w:tr>
      <w:tr w:rsidR="00847120" w:rsidRPr="00FC188D" w14:paraId="0E7AD51D" w14:textId="77777777" w:rsidTr="0087442C">
        <w:trPr>
          <w:cantSplit/>
          <w:jc w:val="center"/>
        </w:trPr>
        <w:tc>
          <w:tcPr>
            <w:tcW w:w="949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0FE770EB" w14:textId="624E1818" w:rsidR="00847120" w:rsidRPr="00FC188D" w:rsidRDefault="00000000">
            <w:pPr>
              <w:keepNext/>
              <w:spacing w:after="40"/>
              <w:rPr>
                <w:rFonts w:ascii="Arial" w:hAnsi="Arial" w:cs="Arial"/>
                <w:lang w:val="fi-FI"/>
              </w:rPr>
            </w:pPr>
            <w:r w:rsidRPr="00FC188D">
              <w:rPr>
                <w:rFonts w:ascii="Arial" w:hAnsi="Arial" w:cs="Arial"/>
                <w:i/>
                <w:color w:val="828282"/>
                <w:sz w:val="20"/>
                <w:lang w:val="fi-FI"/>
              </w:rPr>
              <w:t xml:space="preserve">[Ketik isi pada bagian ini. </w:t>
            </w:r>
          </w:p>
          <w:p w14:paraId="3CE394C7" w14:textId="77777777" w:rsidR="00847120" w:rsidRPr="00FC188D" w:rsidRDefault="00000000">
            <w:pPr>
              <w:spacing w:after="40"/>
              <w:rPr>
                <w:rFonts w:ascii="Arial" w:hAnsi="Arial" w:cs="Arial"/>
              </w:rPr>
            </w:pPr>
            <w:r w:rsidRPr="00FC188D">
              <w:rPr>
                <w:rFonts w:ascii="Arial" w:hAnsi="Arial" w:cs="Arial"/>
                <w:color w:val="BEBEBE"/>
                <w:sz w:val="18"/>
              </w:rPr>
              <w:t>........................................................................................................................</w:t>
            </w:r>
          </w:p>
          <w:p w14:paraId="01CF72FC" w14:textId="77777777" w:rsidR="00847120" w:rsidRPr="00FC188D" w:rsidRDefault="00000000">
            <w:pPr>
              <w:spacing w:after="40"/>
              <w:rPr>
                <w:rFonts w:ascii="Arial" w:hAnsi="Arial" w:cs="Arial"/>
              </w:rPr>
            </w:pPr>
            <w:r w:rsidRPr="00FC188D">
              <w:rPr>
                <w:rFonts w:ascii="Arial" w:hAnsi="Arial" w:cs="Arial"/>
                <w:color w:val="BEBEBE"/>
                <w:sz w:val="18"/>
              </w:rPr>
              <w:t>........................................................................................................................</w:t>
            </w:r>
          </w:p>
        </w:tc>
      </w:tr>
      <w:tr w:rsidR="00847120" w:rsidRPr="00FC188D" w14:paraId="555EF8C6" w14:textId="77777777" w:rsidTr="0087442C">
        <w:trPr>
          <w:cantSplit/>
          <w:jc w:val="center"/>
        </w:trPr>
        <w:tc>
          <w:tcPr>
            <w:tcW w:w="9498" w:type="dxa"/>
            <w:shd w:val="clear" w:color="auto" w:fill="2F6B4F"/>
            <w:tcMar>
              <w:top w:w="70" w:type="dxa"/>
              <w:left w:w="110" w:type="dxa"/>
              <w:bottom w:w="70" w:type="dxa"/>
              <w:right w:w="110" w:type="dxa"/>
            </w:tcMar>
          </w:tcPr>
          <w:p w14:paraId="702EFAF8" w14:textId="77777777" w:rsidR="00847120" w:rsidRPr="00FC188D" w:rsidRDefault="00000000">
            <w:pPr>
              <w:keepNext/>
              <w:spacing w:after="0"/>
              <w:rPr>
                <w:rFonts w:ascii="Arial" w:hAnsi="Arial" w:cs="Arial"/>
              </w:rPr>
            </w:pPr>
            <w:r w:rsidRPr="00FC188D">
              <w:rPr>
                <w:rFonts w:ascii="Arial" w:hAnsi="Arial" w:cs="Arial"/>
                <w:b/>
                <w:color w:val="FFFFFF"/>
                <w:sz w:val="23"/>
              </w:rPr>
              <w:t>F.3. KELAYAKAN IMPLEMENTASI</w:t>
            </w:r>
          </w:p>
        </w:tc>
      </w:tr>
      <w:tr w:rsidR="00847120" w:rsidRPr="000D17D7" w14:paraId="77734FAE" w14:textId="77777777" w:rsidTr="0087442C">
        <w:trPr>
          <w:cantSplit/>
          <w:jc w:val="center"/>
        </w:trPr>
        <w:tc>
          <w:tcPr>
            <w:tcW w:w="9498" w:type="dxa"/>
            <w:shd w:val="clear" w:color="auto" w:fill="DCEFD6"/>
            <w:tcMar>
              <w:top w:w="80" w:type="dxa"/>
              <w:left w:w="110" w:type="dxa"/>
              <w:bottom w:w="80" w:type="dxa"/>
              <w:right w:w="110" w:type="dxa"/>
            </w:tcMar>
          </w:tcPr>
          <w:p w14:paraId="377AA75C"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Jelaskan realisme penerapan, kebutuhan sumber daya, tahapan implementasi, risiko atau hambatan, indikator keberhasilan, serta kemungkinan replikasi atau pengembangan pada lokasi lain.</w:t>
            </w:r>
          </w:p>
        </w:tc>
      </w:tr>
      <w:tr w:rsidR="00847120" w:rsidRPr="00FC188D" w14:paraId="3801E475" w14:textId="77777777" w:rsidTr="0087442C">
        <w:trPr>
          <w:cantSplit/>
          <w:jc w:val="center"/>
        </w:trPr>
        <w:tc>
          <w:tcPr>
            <w:tcW w:w="949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1DC4CF8F" w14:textId="562B9DB5" w:rsidR="00847120" w:rsidRPr="00FC188D" w:rsidRDefault="00000000">
            <w:pPr>
              <w:keepNext/>
              <w:spacing w:after="40"/>
              <w:rPr>
                <w:rFonts w:ascii="Arial" w:hAnsi="Arial" w:cs="Arial"/>
                <w:lang w:val="fi-FI"/>
              </w:rPr>
            </w:pPr>
            <w:r w:rsidRPr="00FC188D">
              <w:rPr>
                <w:rFonts w:ascii="Arial" w:hAnsi="Arial" w:cs="Arial"/>
                <w:i/>
                <w:color w:val="828282"/>
                <w:sz w:val="20"/>
                <w:lang w:val="fi-FI"/>
              </w:rPr>
              <w:t xml:space="preserve">[Ketik isi pada bagian ini. </w:t>
            </w:r>
          </w:p>
          <w:p w14:paraId="225B527B" w14:textId="77777777" w:rsidR="00847120" w:rsidRPr="00FC188D" w:rsidRDefault="00000000">
            <w:pPr>
              <w:spacing w:after="40"/>
              <w:rPr>
                <w:rFonts w:ascii="Arial" w:hAnsi="Arial" w:cs="Arial"/>
              </w:rPr>
            </w:pPr>
            <w:r w:rsidRPr="00FC188D">
              <w:rPr>
                <w:rFonts w:ascii="Arial" w:hAnsi="Arial" w:cs="Arial"/>
                <w:color w:val="BEBEBE"/>
                <w:sz w:val="18"/>
              </w:rPr>
              <w:t>........................................................................................................................</w:t>
            </w:r>
          </w:p>
          <w:p w14:paraId="2477EEA2" w14:textId="77777777" w:rsidR="00847120" w:rsidRPr="00FC188D" w:rsidRDefault="00000000">
            <w:pPr>
              <w:spacing w:after="40"/>
              <w:rPr>
                <w:rFonts w:ascii="Arial" w:hAnsi="Arial" w:cs="Arial"/>
              </w:rPr>
            </w:pPr>
            <w:r w:rsidRPr="00FC188D">
              <w:rPr>
                <w:rFonts w:ascii="Arial" w:hAnsi="Arial" w:cs="Arial"/>
                <w:color w:val="BEBEBE"/>
                <w:sz w:val="18"/>
              </w:rPr>
              <w:t>........................................................................................................................</w:t>
            </w:r>
          </w:p>
          <w:p w14:paraId="280A8E4D" w14:textId="77777777" w:rsidR="00847120" w:rsidRPr="00FC188D" w:rsidRDefault="00000000">
            <w:pPr>
              <w:spacing w:after="40"/>
              <w:rPr>
                <w:rFonts w:ascii="Arial" w:hAnsi="Arial" w:cs="Arial"/>
              </w:rPr>
            </w:pPr>
            <w:r w:rsidRPr="00FC188D">
              <w:rPr>
                <w:rFonts w:ascii="Arial" w:hAnsi="Arial" w:cs="Arial"/>
                <w:color w:val="BEBEBE"/>
                <w:sz w:val="18"/>
              </w:rPr>
              <w:t>........................................................................................................................</w:t>
            </w:r>
          </w:p>
        </w:tc>
      </w:tr>
      <w:tr w:rsidR="00847120" w:rsidRPr="00FC188D" w14:paraId="73DC52DF" w14:textId="77777777" w:rsidTr="0087442C">
        <w:trPr>
          <w:cantSplit/>
          <w:jc w:val="center"/>
        </w:trPr>
        <w:tc>
          <w:tcPr>
            <w:tcW w:w="9498" w:type="dxa"/>
            <w:shd w:val="clear" w:color="auto" w:fill="2F6B4F"/>
            <w:tcMar>
              <w:top w:w="70" w:type="dxa"/>
              <w:left w:w="110" w:type="dxa"/>
              <w:bottom w:w="70" w:type="dxa"/>
              <w:right w:w="110" w:type="dxa"/>
            </w:tcMar>
          </w:tcPr>
          <w:p w14:paraId="729C5E58" w14:textId="77777777" w:rsidR="00847120" w:rsidRPr="00FC188D" w:rsidRDefault="00000000">
            <w:pPr>
              <w:keepNext/>
              <w:spacing w:after="0"/>
              <w:rPr>
                <w:rFonts w:ascii="Arial" w:hAnsi="Arial" w:cs="Arial"/>
              </w:rPr>
            </w:pPr>
            <w:r w:rsidRPr="00FC188D">
              <w:rPr>
                <w:rFonts w:ascii="Arial" w:hAnsi="Arial" w:cs="Arial"/>
                <w:b/>
                <w:color w:val="FFFFFF"/>
                <w:sz w:val="23"/>
              </w:rPr>
              <w:t>F.4. DAMPAK DAN KEBERLANJUTAN</w:t>
            </w:r>
          </w:p>
        </w:tc>
      </w:tr>
      <w:tr w:rsidR="00847120" w:rsidRPr="000D17D7" w14:paraId="2C2F5E2E" w14:textId="77777777" w:rsidTr="0087442C">
        <w:trPr>
          <w:cantSplit/>
          <w:jc w:val="center"/>
        </w:trPr>
        <w:tc>
          <w:tcPr>
            <w:tcW w:w="9498" w:type="dxa"/>
            <w:shd w:val="clear" w:color="auto" w:fill="DCEFD6"/>
            <w:tcMar>
              <w:top w:w="80" w:type="dxa"/>
              <w:left w:w="110" w:type="dxa"/>
              <w:bottom w:w="80" w:type="dxa"/>
              <w:right w:w="110" w:type="dxa"/>
            </w:tcMar>
          </w:tcPr>
          <w:p w14:paraId="66642D6B"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Uraikan manfaat ekonomi, lingkungan, dan sosial yang relevan. Jelaskan kontribusi terhadap SISKA atau agroindustri serta cara menjaga keberlanjutan manfaat dalam jangka panjang.</w:t>
            </w:r>
          </w:p>
        </w:tc>
      </w:tr>
      <w:tr w:rsidR="00847120" w:rsidRPr="00FC188D" w14:paraId="58641D75" w14:textId="77777777" w:rsidTr="0087442C">
        <w:trPr>
          <w:cantSplit/>
          <w:jc w:val="center"/>
        </w:trPr>
        <w:tc>
          <w:tcPr>
            <w:tcW w:w="949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303CCB4D" w14:textId="2886CB22" w:rsidR="00847120" w:rsidRPr="00FC188D" w:rsidRDefault="00000000">
            <w:pPr>
              <w:keepNext/>
              <w:spacing w:after="40"/>
              <w:rPr>
                <w:rFonts w:ascii="Arial" w:hAnsi="Arial" w:cs="Arial"/>
                <w:lang w:val="fi-FI"/>
              </w:rPr>
            </w:pPr>
            <w:r w:rsidRPr="00FC188D">
              <w:rPr>
                <w:rFonts w:ascii="Arial" w:hAnsi="Arial" w:cs="Arial"/>
                <w:i/>
                <w:color w:val="828282"/>
                <w:sz w:val="20"/>
                <w:lang w:val="fi-FI"/>
              </w:rPr>
              <w:t xml:space="preserve">[Ketik isi pada bagian ini. </w:t>
            </w:r>
          </w:p>
          <w:p w14:paraId="2750127B" w14:textId="77777777" w:rsidR="00847120" w:rsidRPr="00FC188D" w:rsidRDefault="00000000">
            <w:pPr>
              <w:spacing w:after="40"/>
              <w:rPr>
                <w:rFonts w:ascii="Arial" w:hAnsi="Arial" w:cs="Arial"/>
              </w:rPr>
            </w:pPr>
            <w:r w:rsidRPr="00FC188D">
              <w:rPr>
                <w:rFonts w:ascii="Arial" w:hAnsi="Arial" w:cs="Arial"/>
                <w:color w:val="BEBEBE"/>
                <w:sz w:val="18"/>
              </w:rPr>
              <w:t>........................................................................................................................</w:t>
            </w:r>
          </w:p>
          <w:p w14:paraId="45E1B36D" w14:textId="77777777" w:rsidR="00847120" w:rsidRPr="00FC188D" w:rsidRDefault="00000000">
            <w:pPr>
              <w:spacing w:after="40"/>
              <w:rPr>
                <w:rFonts w:ascii="Arial" w:hAnsi="Arial" w:cs="Arial"/>
              </w:rPr>
            </w:pPr>
            <w:r w:rsidRPr="00FC188D">
              <w:rPr>
                <w:rFonts w:ascii="Arial" w:hAnsi="Arial" w:cs="Arial"/>
                <w:color w:val="BEBEBE"/>
                <w:sz w:val="18"/>
              </w:rPr>
              <w:t>........................................................................................................................</w:t>
            </w:r>
          </w:p>
          <w:p w14:paraId="7EAD4605" w14:textId="77777777" w:rsidR="00847120" w:rsidRPr="00FC188D" w:rsidRDefault="00000000">
            <w:pPr>
              <w:spacing w:after="40"/>
              <w:rPr>
                <w:rFonts w:ascii="Arial" w:hAnsi="Arial" w:cs="Arial"/>
              </w:rPr>
            </w:pPr>
            <w:r w:rsidRPr="00FC188D">
              <w:rPr>
                <w:rFonts w:ascii="Arial" w:hAnsi="Arial" w:cs="Arial"/>
                <w:color w:val="BEBEBE"/>
                <w:sz w:val="18"/>
              </w:rPr>
              <w:t>........................................................................................................................</w:t>
            </w:r>
          </w:p>
        </w:tc>
      </w:tr>
      <w:tr w:rsidR="00847120" w:rsidRPr="00FC188D" w14:paraId="01E0A0AC" w14:textId="77777777" w:rsidTr="0087442C">
        <w:trPr>
          <w:cantSplit/>
          <w:jc w:val="center"/>
        </w:trPr>
        <w:tc>
          <w:tcPr>
            <w:tcW w:w="9498" w:type="dxa"/>
            <w:shd w:val="clear" w:color="auto" w:fill="1F4E79"/>
            <w:tcMar>
              <w:top w:w="70" w:type="dxa"/>
              <w:left w:w="110" w:type="dxa"/>
              <w:bottom w:w="70" w:type="dxa"/>
              <w:right w:w="110" w:type="dxa"/>
            </w:tcMar>
          </w:tcPr>
          <w:p w14:paraId="6E6DB5B4" w14:textId="77777777" w:rsidR="00847120" w:rsidRPr="00FC188D" w:rsidRDefault="00000000">
            <w:pPr>
              <w:keepNext/>
              <w:spacing w:after="0"/>
              <w:rPr>
                <w:rFonts w:ascii="Arial" w:hAnsi="Arial" w:cs="Arial"/>
              </w:rPr>
            </w:pPr>
            <w:r w:rsidRPr="00FC188D">
              <w:rPr>
                <w:rFonts w:ascii="Arial" w:hAnsi="Arial" w:cs="Arial"/>
                <w:b/>
                <w:color w:val="FFFFFF"/>
                <w:sz w:val="23"/>
              </w:rPr>
              <w:t>G. KESIMPULAN DAN REKOMENDASI</w:t>
            </w:r>
          </w:p>
        </w:tc>
      </w:tr>
      <w:tr w:rsidR="00847120" w:rsidRPr="000D17D7" w14:paraId="5D4907EB" w14:textId="77777777" w:rsidTr="0087442C">
        <w:trPr>
          <w:cantSplit/>
          <w:jc w:val="center"/>
        </w:trPr>
        <w:tc>
          <w:tcPr>
            <w:tcW w:w="9498" w:type="dxa"/>
            <w:shd w:val="clear" w:color="auto" w:fill="D9EAF7"/>
            <w:tcMar>
              <w:top w:w="80" w:type="dxa"/>
              <w:left w:w="110" w:type="dxa"/>
              <w:bottom w:w="80" w:type="dxa"/>
              <w:right w:w="110" w:type="dxa"/>
            </w:tcMar>
          </w:tcPr>
          <w:p w14:paraId="218097B7" w14:textId="77777777" w:rsidR="00847120" w:rsidRPr="00FC188D" w:rsidRDefault="00000000">
            <w:pPr>
              <w:pStyle w:val="Instruction"/>
              <w:keepNext/>
              <w:spacing w:after="0"/>
              <w:rPr>
                <w:rFonts w:ascii="Arial" w:hAnsi="Arial" w:cs="Arial"/>
                <w:lang w:val="fi-FI"/>
              </w:rPr>
            </w:pPr>
            <w:r w:rsidRPr="00FC188D">
              <w:rPr>
                <w:rFonts w:ascii="Arial" w:hAnsi="Arial" w:cs="Arial"/>
                <w:lang w:val="fi-FI"/>
              </w:rPr>
              <w:t>Rangkum jawaban terhadap tujuan karya. Tegaskan nilai utama inovasi dan berikan rekomendasi yang spesifik, realistis, serta sesuai dengan hasil pembahasan.</w:t>
            </w:r>
          </w:p>
        </w:tc>
      </w:tr>
      <w:tr w:rsidR="00847120" w:rsidRPr="00FC188D" w14:paraId="66377CCD" w14:textId="77777777" w:rsidTr="0087442C">
        <w:trPr>
          <w:cantSplit/>
          <w:jc w:val="center"/>
        </w:trPr>
        <w:tc>
          <w:tcPr>
            <w:tcW w:w="949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55C1BB4E" w14:textId="512F8ED1" w:rsidR="00847120" w:rsidRPr="00FC188D" w:rsidRDefault="00000000">
            <w:pPr>
              <w:keepNext/>
              <w:spacing w:after="40"/>
              <w:rPr>
                <w:rFonts w:ascii="Arial" w:hAnsi="Arial" w:cs="Arial"/>
                <w:lang w:val="fi-FI"/>
              </w:rPr>
            </w:pPr>
            <w:r w:rsidRPr="00FC188D">
              <w:rPr>
                <w:rFonts w:ascii="Arial" w:hAnsi="Arial" w:cs="Arial"/>
                <w:i/>
                <w:color w:val="828282"/>
                <w:sz w:val="20"/>
                <w:lang w:val="fi-FI"/>
              </w:rPr>
              <w:t xml:space="preserve">[Ketik isi pada bagian ini. </w:t>
            </w:r>
          </w:p>
          <w:p w14:paraId="043B7F9F" w14:textId="77777777" w:rsidR="00847120" w:rsidRPr="00FC188D" w:rsidRDefault="00000000">
            <w:pPr>
              <w:spacing w:after="40"/>
              <w:rPr>
                <w:rFonts w:ascii="Arial" w:hAnsi="Arial" w:cs="Arial"/>
              </w:rPr>
            </w:pPr>
            <w:r w:rsidRPr="00FC188D">
              <w:rPr>
                <w:rFonts w:ascii="Arial" w:hAnsi="Arial" w:cs="Arial"/>
                <w:color w:val="BEBEBE"/>
                <w:sz w:val="18"/>
              </w:rPr>
              <w:t>........................................................................................................................</w:t>
            </w:r>
          </w:p>
          <w:p w14:paraId="799BB9E5" w14:textId="77777777" w:rsidR="00847120" w:rsidRPr="00FC188D" w:rsidRDefault="00000000">
            <w:pPr>
              <w:spacing w:after="40"/>
              <w:rPr>
                <w:rFonts w:ascii="Arial" w:hAnsi="Arial" w:cs="Arial"/>
              </w:rPr>
            </w:pPr>
            <w:r w:rsidRPr="00FC188D">
              <w:rPr>
                <w:rFonts w:ascii="Arial" w:hAnsi="Arial" w:cs="Arial"/>
                <w:color w:val="BEBEBE"/>
                <w:sz w:val="18"/>
              </w:rPr>
              <w:t>........................................................................................................................</w:t>
            </w:r>
          </w:p>
        </w:tc>
      </w:tr>
      <w:tr w:rsidR="00847120" w:rsidRPr="00FC188D" w14:paraId="7F9F13A8" w14:textId="77777777" w:rsidTr="0087442C">
        <w:trPr>
          <w:cantSplit/>
          <w:jc w:val="center"/>
        </w:trPr>
        <w:tc>
          <w:tcPr>
            <w:tcW w:w="9498" w:type="dxa"/>
            <w:shd w:val="clear" w:color="auto" w:fill="1F4E79"/>
            <w:tcMar>
              <w:top w:w="70" w:type="dxa"/>
              <w:left w:w="110" w:type="dxa"/>
              <w:bottom w:w="70" w:type="dxa"/>
              <w:right w:w="110" w:type="dxa"/>
            </w:tcMar>
          </w:tcPr>
          <w:p w14:paraId="30CE910B" w14:textId="77777777" w:rsidR="00847120" w:rsidRPr="00FC188D" w:rsidRDefault="00000000">
            <w:pPr>
              <w:keepNext/>
              <w:spacing w:after="0"/>
              <w:rPr>
                <w:rFonts w:ascii="Arial" w:hAnsi="Arial" w:cs="Arial"/>
              </w:rPr>
            </w:pPr>
            <w:r w:rsidRPr="00FC188D">
              <w:rPr>
                <w:rFonts w:ascii="Arial" w:hAnsi="Arial" w:cs="Arial"/>
                <w:b/>
                <w:color w:val="FFFFFF"/>
                <w:sz w:val="23"/>
              </w:rPr>
              <w:t>H. DAFTAR PUSTAKA</w:t>
            </w:r>
          </w:p>
        </w:tc>
      </w:tr>
      <w:tr w:rsidR="00847120" w:rsidRPr="00FC188D" w14:paraId="7327C3C8" w14:textId="77777777" w:rsidTr="0087442C">
        <w:trPr>
          <w:cantSplit/>
          <w:jc w:val="center"/>
        </w:trPr>
        <w:tc>
          <w:tcPr>
            <w:tcW w:w="9498" w:type="dxa"/>
            <w:shd w:val="clear" w:color="auto" w:fill="D9EAF7"/>
            <w:tcMar>
              <w:top w:w="80" w:type="dxa"/>
              <w:left w:w="110" w:type="dxa"/>
              <w:bottom w:w="80" w:type="dxa"/>
              <w:right w:w="110" w:type="dxa"/>
            </w:tcMar>
          </w:tcPr>
          <w:p w14:paraId="14C20ADF" w14:textId="77777777" w:rsidR="00847120" w:rsidRPr="00FC188D" w:rsidRDefault="00000000">
            <w:pPr>
              <w:pStyle w:val="Instruction"/>
              <w:keepNext/>
              <w:spacing w:after="0"/>
              <w:rPr>
                <w:rFonts w:ascii="Arial" w:hAnsi="Arial" w:cs="Arial"/>
              </w:rPr>
            </w:pPr>
            <w:r w:rsidRPr="00FC188D">
              <w:rPr>
                <w:rFonts w:ascii="Arial" w:hAnsi="Arial" w:cs="Arial"/>
              </w:rPr>
              <w:t xml:space="preserve">Cantumkan hanya sumber yang benar-benar disitasi dalam naskah. </w:t>
            </w:r>
            <w:r w:rsidRPr="00FC188D">
              <w:rPr>
                <w:rFonts w:ascii="Arial" w:hAnsi="Arial" w:cs="Arial"/>
                <w:lang w:val="fi-FI"/>
              </w:rPr>
              <w:t xml:space="preserve">Gunakan APA edisi ke-7 secara konsisten. </w:t>
            </w:r>
            <w:r w:rsidRPr="00FC188D">
              <w:rPr>
                <w:rFonts w:ascii="Arial" w:hAnsi="Arial" w:cs="Arial"/>
              </w:rPr>
              <w:t xml:space="preserve">Daftar </w:t>
            </w:r>
            <w:proofErr w:type="spellStart"/>
            <w:r w:rsidRPr="00FC188D">
              <w:rPr>
                <w:rFonts w:ascii="Arial" w:hAnsi="Arial" w:cs="Arial"/>
              </w:rPr>
              <w:t>pustaka</w:t>
            </w:r>
            <w:proofErr w:type="spellEnd"/>
            <w:r w:rsidRPr="00FC188D">
              <w:rPr>
                <w:rFonts w:ascii="Arial" w:hAnsi="Arial" w:cs="Arial"/>
              </w:rPr>
              <w:t xml:space="preserve"> </w:t>
            </w:r>
            <w:proofErr w:type="spellStart"/>
            <w:r w:rsidRPr="00FC188D">
              <w:rPr>
                <w:rFonts w:ascii="Arial" w:hAnsi="Arial" w:cs="Arial"/>
              </w:rPr>
              <w:t>termasuk</w:t>
            </w:r>
            <w:proofErr w:type="spellEnd"/>
            <w:r w:rsidRPr="00FC188D">
              <w:rPr>
                <w:rFonts w:ascii="Arial" w:hAnsi="Arial" w:cs="Arial"/>
              </w:rPr>
              <w:t xml:space="preserve"> </w:t>
            </w:r>
            <w:proofErr w:type="spellStart"/>
            <w:r w:rsidRPr="00FC188D">
              <w:rPr>
                <w:rFonts w:ascii="Arial" w:hAnsi="Arial" w:cs="Arial"/>
              </w:rPr>
              <w:t>dalam</w:t>
            </w:r>
            <w:proofErr w:type="spellEnd"/>
            <w:r w:rsidRPr="00FC188D">
              <w:rPr>
                <w:rFonts w:ascii="Arial" w:hAnsi="Arial" w:cs="Arial"/>
              </w:rPr>
              <w:t xml:space="preserve"> batas 5-10 halaman naskah utama.</w:t>
            </w:r>
          </w:p>
        </w:tc>
      </w:tr>
      <w:tr w:rsidR="00847120" w:rsidRPr="00FC188D" w14:paraId="34A71504" w14:textId="77777777" w:rsidTr="0087442C">
        <w:trPr>
          <w:cantSplit/>
          <w:jc w:val="center"/>
        </w:trPr>
        <w:tc>
          <w:tcPr>
            <w:tcW w:w="9498" w:type="dxa"/>
            <w:tcBorders>
              <w:top w:val="single" w:sz="4" w:space="0" w:color="C7D3DD"/>
              <w:left w:val="single" w:sz="4" w:space="0" w:color="C7D3DD"/>
              <w:bottom w:val="single" w:sz="4" w:space="0" w:color="C7D3DD"/>
              <w:right w:val="single" w:sz="4" w:space="0" w:color="C7D3DD"/>
            </w:tcBorders>
            <w:shd w:val="clear" w:color="auto" w:fill="FFFFFF"/>
            <w:tcMar>
              <w:top w:w="100" w:type="dxa"/>
              <w:left w:w="110" w:type="dxa"/>
              <w:bottom w:w="100" w:type="dxa"/>
              <w:right w:w="110" w:type="dxa"/>
            </w:tcMar>
          </w:tcPr>
          <w:p w14:paraId="578EC764" w14:textId="77777777" w:rsidR="00847120" w:rsidRPr="00FC188D" w:rsidRDefault="00000000">
            <w:pPr>
              <w:keepNext/>
              <w:spacing w:after="40"/>
              <w:rPr>
                <w:rFonts w:ascii="Arial" w:hAnsi="Arial" w:cs="Arial"/>
                <w:lang w:val="fi-FI"/>
              </w:rPr>
            </w:pPr>
            <w:r w:rsidRPr="00FC188D">
              <w:rPr>
                <w:rFonts w:ascii="Arial" w:hAnsi="Arial" w:cs="Arial"/>
                <w:i/>
                <w:color w:val="828282"/>
                <w:sz w:val="20"/>
                <w:lang w:val="fi-FI"/>
              </w:rPr>
              <w:t>[Ketik isi pada bagian ini. Hapus petunjuk dalam tanda kurung siku sebelum naskah difinalkan.]</w:t>
            </w:r>
          </w:p>
          <w:p w14:paraId="1B842B5C" w14:textId="77777777" w:rsidR="00847120" w:rsidRPr="00FC188D" w:rsidRDefault="00000000">
            <w:pPr>
              <w:spacing w:after="40"/>
              <w:rPr>
                <w:rFonts w:ascii="Arial" w:hAnsi="Arial" w:cs="Arial"/>
              </w:rPr>
            </w:pPr>
            <w:r w:rsidRPr="00FC188D">
              <w:rPr>
                <w:rFonts w:ascii="Arial" w:hAnsi="Arial" w:cs="Arial"/>
                <w:color w:val="BEBEBE"/>
                <w:sz w:val="18"/>
              </w:rPr>
              <w:t>........................................................................................................................</w:t>
            </w:r>
          </w:p>
          <w:p w14:paraId="38802EB5" w14:textId="77777777" w:rsidR="00847120" w:rsidRPr="00FC188D" w:rsidRDefault="00000000">
            <w:pPr>
              <w:spacing w:after="40"/>
              <w:rPr>
                <w:rFonts w:ascii="Arial" w:hAnsi="Arial" w:cs="Arial"/>
              </w:rPr>
            </w:pPr>
            <w:r w:rsidRPr="00FC188D">
              <w:rPr>
                <w:rFonts w:ascii="Arial" w:hAnsi="Arial" w:cs="Arial"/>
                <w:color w:val="BEBEBE"/>
                <w:sz w:val="18"/>
              </w:rPr>
              <w:t>........................................................................................................................</w:t>
            </w:r>
          </w:p>
          <w:p w14:paraId="288C97C4" w14:textId="77777777" w:rsidR="00847120" w:rsidRPr="00FC188D" w:rsidRDefault="00000000">
            <w:pPr>
              <w:spacing w:after="40"/>
              <w:rPr>
                <w:rFonts w:ascii="Arial" w:hAnsi="Arial" w:cs="Arial"/>
              </w:rPr>
            </w:pPr>
            <w:r w:rsidRPr="00FC188D">
              <w:rPr>
                <w:rFonts w:ascii="Arial" w:hAnsi="Arial" w:cs="Arial"/>
                <w:color w:val="BEBEBE"/>
                <w:sz w:val="18"/>
              </w:rPr>
              <w:t>........................................................................................................................</w:t>
            </w:r>
          </w:p>
        </w:tc>
      </w:tr>
    </w:tbl>
    <w:p w14:paraId="08DE19FE" w14:textId="77777777" w:rsidR="00847120" w:rsidRDefault="00847120">
      <w:pPr>
        <w:spacing w:after="40"/>
        <w:rPr>
          <w:rFonts w:ascii="Arial" w:hAnsi="Arial" w:cs="Arial"/>
        </w:rPr>
      </w:pPr>
    </w:p>
    <w:tbl>
      <w:tblPr>
        <w:tblW w:w="9498" w:type="dxa"/>
        <w:jc w:val="center"/>
        <w:tblLook w:val="04A0" w:firstRow="1" w:lastRow="0" w:firstColumn="1" w:lastColumn="0" w:noHBand="0" w:noVBand="1"/>
      </w:tblPr>
      <w:tblGrid>
        <w:gridCol w:w="9498"/>
      </w:tblGrid>
      <w:tr w:rsidR="000D17D7" w:rsidRPr="00FC188D" w14:paraId="59211C9B" w14:textId="77777777" w:rsidTr="00765CB9">
        <w:trPr>
          <w:cantSplit/>
          <w:jc w:val="center"/>
        </w:trPr>
        <w:tc>
          <w:tcPr>
            <w:tcW w:w="9498" w:type="dxa"/>
            <w:shd w:val="clear" w:color="auto" w:fill="1F4E79"/>
            <w:tcMar>
              <w:top w:w="70" w:type="dxa"/>
              <w:left w:w="110" w:type="dxa"/>
              <w:bottom w:w="70" w:type="dxa"/>
              <w:right w:w="110" w:type="dxa"/>
            </w:tcMar>
          </w:tcPr>
          <w:p w14:paraId="2F4DDCEC" w14:textId="33D3CBF2" w:rsidR="000D17D7" w:rsidRPr="00FC188D" w:rsidRDefault="000D17D7" w:rsidP="00765CB9">
            <w:pPr>
              <w:keepNext/>
              <w:spacing w:after="0"/>
              <w:rPr>
                <w:rFonts w:ascii="Arial" w:hAnsi="Arial" w:cs="Arial"/>
              </w:rPr>
            </w:pPr>
            <w:r>
              <w:rPr>
                <w:rFonts w:ascii="Arial" w:hAnsi="Arial" w:cs="Arial"/>
                <w:b/>
                <w:color w:val="FFFFFF"/>
                <w:sz w:val="23"/>
              </w:rPr>
              <w:t>LAMPIRAN</w:t>
            </w:r>
          </w:p>
        </w:tc>
      </w:tr>
      <w:tr w:rsidR="000D17D7" w:rsidRPr="00FC188D" w14:paraId="22358A76" w14:textId="77777777" w:rsidTr="00765CB9">
        <w:trPr>
          <w:cantSplit/>
          <w:jc w:val="center"/>
        </w:trPr>
        <w:tc>
          <w:tcPr>
            <w:tcW w:w="9498" w:type="dxa"/>
            <w:shd w:val="clear" w:color="auto" w:fill="D9EAF7"/>
            <w:tcMar>
              <w:top w:w="80" w:type="dxa"/>
              <w:left w:w="110" w:type="dxa"/>
              <w:bottom w:w="80" w:type="dxa"/>
              <w:right w:w="110" w:type="dxa"/>
            </w:tcMar>
          </w:tcPr>
          <w:p w14:paraId="66533C19" w14:textId="5F43D3FC" w:rsidR="000D17D7" w:rsidRPr="00FC188D" w:rsidRDefault="000D17D7" w:rsidP="00765CB9">
            <w:pPr>
              <w:pStyle w:val="Instruction"/>
              <w:keepNext/>
              <w:spacing w:after="0"/>
              <w:rPr>
                <w:rFonts w:ascii="Arial" w:hAnsi="Arial" w:cs="Arial"/>
              </w:rPr>
            </w:pPr>
          </w:p>
        </w:tc>
      </w:tr>
    </w:tbl>
    <w:p w14:paraId="38F52309" w14:textId="77777777" w:rsidR="000D17D7" w:rsidRPr="00FC188D" w:rsidRDefault="000D17D7">
      <w:pPr>
        <w:spacing w:after="40"/>
        <w:rPr>
          <w:rFonts w:ascii="Arial" w:hAnsi="Arial" w:cs="Arial"/>
        </w:rPr>
      </w:pPr>
    </w:p>
    <w:sectPr w:rsidR="000D17D7" w:rsidRPr="00FC188D" w:rsidSect="003F54B7">
      <w:footerReference w:type="default" r:id="rId8"/>
      <w:pgSz w:w="11906" w:h="16838"/>
      <w:pgMar w:top="1701" w:right="1701" w:bottom="1701" w:left="2268"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D8C92" w14:textId="77777777" w:rsidR="00682464" w:rsidRDefault="00682464">
      <w:pPr>
        <w:spacing w:after="0" w:line="240" w:lineRule="auto"/>
      </w:pPr>
      <w:r>
        <w:separator/>
      </w:r>
    </w:p>
  </w:endnote>
  <w:endnote w:type="continuationSeparator" w:id="0">
    <w:p w14:paraId="69D0DBD7" w14:textId="77777777" w:rsidR="00682464" w:rsidRDefault="0068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E628" w14:textId="77777777" w:rsidR="00847120" w:rsidRDefault="00847120">
    <w:pPr>
      <w:pStyle w:val="Footer"/>
    </w:pPr>
  </w:p>
  <w:tbl>
    <w:tblPr>
      <w:tblW w:w="8200" w:type="dxa"/>
      <w:jc w:val="center"/>
      <w:tblLook w:val="04A0" w:firstRow="1" w:lastRow="0" w:firstColumn="1" w:lastColumn="0" w:noHBand="0" w:noVBand="1"/>
    </w:tblPr>
    <w:tblGrid>
      <w:gridCol w:w="8200"/>
    </w:tblGrid>
    <w:tr w:rsidR="00847120" w14:paraId="6F765E91" w14:textId="77777777">
      <w:trPr>
        <w:jc w:val="center"/>
      </w:trPr>
      <w:tc>
        <w:tcPr>
          <w:tcW w:w="7937" w:type="dxa"/>
          <w:shd w:val="clear" w:color="auto" w:fill="1F4E79"/>
          <w:tcMar>
            <w:top w:w="55" w:type="dxa"/>
            <w:left w:w="120" w:type="dxa"/>
            <w:bottom w:w="55" w:type="dxa"/>
            <w:right w:w="120" w:type="dxa"/>
          </w:tcMar>
        </w:tcPr>
        <w:p w14:paraId="24807788" w14:textId="77777777" w:rsidR="00847120" w:rsidRDefault="00000000">
          <w:pPr>
            <w:spacing w:after="0"/>
            <w:jc w:val="left"/>
          </w:pPr>
          <w:r>
            <w:rPr>
              <w:b/>
              <w:color w:val="FFFFFF"/>
              <w:sz w:val="17"/>
            </w:rPr>
            <w:t xml:space="preserve">INSTA PRESISI </w:t>
          </w:r>
          <w:proofErr w:type="gramStart"/>
          <w:r>
            <w:rPr>
              <w:b/>
              <w:color w:val="FFFFFF"/>
              <w:sz w:val="17"/>
            </w:rPr>
            <w:t>2026  |</w:t>
          </w:r>
          <w:proofErr w:type="gramEnd"/>
          <w:r>
            <w:rPr>
              <w:b/>
              <w:color w:val="FFFFFF"/>
              <w:sz w:val="17"/>
            </w:rPr>
            <w:t xml:space="preserve">  Template LKTI </w:t>
          </w:r>
          <w:proofErr w:type="spellStart"/>
          <w:r>
            <w:rPr>
              <w:b/>
              <w:color w:val="FFFFFF"/>
              <w:sz w:val="17"/>
            </w:rPr>
            <w:t>Mahasiswa</w:t>
          </w:r>
          <w:proofErr w:type="spellEnd"/>
          <w:r>
            <w:rPr>
              <w:b/>
              <w:color w:val="FFFFFF"/>
              <w:sz w:val="17"/>
            </w:rPr>
            <w:t xml:space="preserve"> S1/D4</w:t>
          </w:r>
        </w:p>
      </w:tc>
    </w:tr>
  </w:tbl>
  <w:p w14:paraId="2B16C96D" w14:textId="77777777" w:rsidR="00847120" w:rsidRDefault="00000000">
    <w:pPr>
      <w:spacing w:after="0"/>
      <w:jc w:val="right"/>
    </w:pPr>
    <w:r>
      <w:rPr>
        <w:sz w:val="18"/>
      </w:rPr>
      <w:t xml:space="preserve">Halaman </w:t>
    </w:r>
    <w:r>
      <w:rPr>
        <w:sz w:val="18"/>
      </w:rPr>
      <w:fldChar w:fldCharType="begin"/>
    </w:r>
    <w:r>
      <w:rPr>
        <w:sz w:val="18"/>
      </w:rPr>
      <w:instrText xml:space="preserve"> PAGE </w:instrText>
    </w:r>
    <w:r>
      <w:rPr>
        <w:sz w:val="18"/>
      </w:rPr>
      <w:fldChar w:fldCharType="separate"/>
    </w:r>
    <w:r w:rsidR="00FC188D">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470EC" w14:textId="77777777" w:rsidR="00682464" w:rsidRDefault="00682464">
      <w:pPr>
        <w:spacing w:after="0" w:line="240" w:lineRule="auto"/>
      </w:pPr>
      <w:r>
        <w:separator/>
      </w:r>
    </w:p>
  </w:footnote>
  <w:footnote w:type="continuationSeparator" w:id="0">
    <w:p w14:paraId="7934CC59" w14:textId="77777777" w:rsidR="00682464" w:rsidRDefault="006824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0853477">
    <w:abstractNumId w:val="8"/>
  </w:num>
  <w:num w:numId="2" w16cid:durableId="2037340639">
    <w:abstractNumId w:val="6"/>
  </w:num>
  <w:num w:numId="3" w16cid:durableId="1250969402">
    <w:abstractNumId w:val="5"/>
  </w:num>
  <w:num w:numId="4" w16cid:durableId="1443451778">
    <w:abstractNumId w:val="4"/>
  </w:num>
  <w:num w:numId="5" w16cid:durableId="1196962487">
    <w:abstractNumId w:val="7"/>
  </w:num>
  <w:num w:numId="6" w16cid:durableId="2022270868">
    <w:abstractNumId w:val="3"/>
  </w:num>
  <w:num w:numId="7" w16cid:durableId="593326054">
    <w:abstractNumId w:val="2"/>
  </w:num>
  <w:num w:numId="8" w16cid:durableId="681008591">
    <w:abstractNumId w:val="1"/>
  </w:num>
  <w:num w:numId="9" w16cid:durableId="10211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7D7"/>
    <w:rsid w:val="0015074B"/>
    <w:rsid w:val="0029639D"/>
    <w:rsid w:val="00326F90"/>
    <w:rsid w:val="0033625D"/>
    <w:rsid w:val="003F54B7"/>
    <w:rsid w:val="004624ED"/>
    <w:rsid w:val="00601632"/>
    <w:rsid w:val="00682464"/>
    <w:rsid w:val="00716B78"/>
    <w:rsid w:val="00847120"/>
    <w:rsid w:val="0087442C"/>
    <w:rsid w:val="00AA1D8D"/>
    <w:rsid w:val="00B47730"/>
    <w:rsid w:val="00C61B9E"/>
    <w:rsid w:val="00C61ECA"/>
    <w:rsid w:val="00CB0664"/>
    <w:rsid w:val="00FC18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863B0"/>
  <w14:defaultImageDpi w14:val="300"/>
  <w15:docId w15:val="{30E1606D-FFFA-4E88-A8AC-EBAE5A72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40" w:line="252" w:lineRule="auto"/>
    </w:pPr>
    <w:rPr>
      <w:rFonts w:ascii="Times New Roman" w:eastAsia="Times New Roman" w:hAnsi="Times New Roman"/>
      <w:i/>
      <w:color w:val="46464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Kurniawan Shidik</cp:lastModifiedBy>
  <cp:revision>4</cp:revision>
  <cp:lastPrinted>2026-09-05T11:43:00Z</cp:lastPrinted>
  <dcterms:created xsi:type="dcterms:W3CDTF">2026-09-05T11:43:00Z</dcterms:created>
  <dcterms:modified xsi:type="dcterms:W3CDTF">2026-09-07T02:18:00Z</dcterms:modified>
  <cp:category/>
</cp:coreProperties>
</file>